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1ACDA" w14:textId="49396D49" w:rsidR="00C14924" w:rsidRPr="00EC42B0" w:rsidRDefault="00EC42B0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EC42B0">
        <w:rPr>
          <w:rFonts w:asciiTheme="majorHAnsi" w:hAnsiTheme="majorHAnsi" w:cstheme="majorHAnsi"/>
          <w:b/>
          <w:bCs/>
          <w:sz w:val="28"/>
          <w:szCs w:val="28"/>
        </w:rPr>
        <w:t>Complete the sentences with the correct form of the verb in brackets. Use the present simple or the present continuous.</w:t>
      </w:r>
    </w:p>
    <w:p w14:paraId="2010E025" w14:textId="2A38ADE0" w:rsidR="00C14924" w:rsidRPr="00EC42B0" w:rsidRDefault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1. </w:t>
      </w:r>
      <w:r w:rsidRPr="00EC42B0">
        <w:rPr>
          <w:rFonts w:asciiTheme="majorHAnsi" w:hAnsiTheme="majorHAnsi" w:cstheme="majorHAnsi"/>
          <w:sz w:val="28"/>
          <w:szCs w:val="28"/>
        </w:rPr>
        <w:tab/>
        <w:t>She always ____________ (forget) my birthday.</w:t>
      </w:r>
    </w:p>
    <w:p w14:paraId="4273A0B7" w14:textId="5B733394" w:rsidR="00C14924" w:rsidRPr="00EC42B0" w:rsidRDefault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2. </w:t>
      </w:r>
      <w:r w:rsidRPr="00EC42B0">
        <w:rPr>
          <w:rFonts w:asciiTheme="majorHAnsi" w:hAnsiTheme="majorHAnsi" w:cstheme="majorHAnsi"/>
          <w:sz w:val="28"/>
          <w:szCs w:val="28"/>
        </w:rPr>
        <w:tab/>
        <w:t>______ you often _____________ (borrow) books from the library?</w:t>
      </w:r>
    </w:p>
    <w:p w14:paraId="68E96BF0" w14:textId="6D8EA05C" w:rsidR="00C14924" w:rsidRPr="00EC42B0" w:rsidRDefault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3. </w:t>
      </w:r>
      <w:r w:rsidRPr="00EC42B0">
        <w:rPr>
          <w:rFonts w:asciiTheme="majorHAnsi" w:hAnsiTheme="majorHAnsi" w:cstheme="majorHAnsi"/>
          <w:sz w:val="28"/>
          <w:szCs w:val="28"/>
        </w:rPr>
        <w:tab/>
        <w:t>Look! He ________________________ (wear) a new jacket.</w:t>
      </w:r>
    </w:p>
    <w:p w14:paraId="5DDEBFC3" w14:textId="13AAE355" w:rsidR="00C14924" w:rsidRPr="00EC42B0" w:rsidRDefault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4. </w:t>
      </w:r>
      <w:r w:rsidRPr="00EC42B0">
        <w:rPr>
          <w:rFonts w:asciiTheme="majorHAnsi" w:hAnsiTheme="majorHAnsi" w:cstheme="majorHAnsi"/>
          <w:sz w:val="28"/>
          <w:szCs w:val="28"/>
        </w:rPr>
        <w:tab/>
        <w:t>They ____________________________ (not give) presents on small holidays.</w:t>
      </w:r>
    </w:p>
    <w:p w14:paraId="456F730E" w14:textId="1DDFFBBD" w:rsidR="00C14924" w:rsidRPr="00EC42B0" w:rsidRDefault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5. </w:t>
      </w:r>
      <w:r w:rsidRPr="00EC42B0">
        <w:rPr>
          <w:rFonts w:asciiTheme="majorHAnsi" w:hAnsiTheme="majorHAnsi" w:cstheme="majorHAnsi"/>
          <w:sz w:val="28"/>
          <w:szCs w:val="28"/>
        </w:rPr>
        <w:tab/>
        <w:t>Why ______ she _________________ (wait) outside?</w:t>
      </w:r>
    </w:p>
    <w:p w14:paraId="5F9DCA68" w14:textId="34C93C8E" w:rsidR="00C14924" w:rsidRPr="00EC42B0" w:rsidRDefault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6. </w:t>
      </w:r>
      <w:r w:rsidRPr="00EC42B0">
        <w:rPr>
          <w:rFonts w:asciiTheme="majorHAnsi" w:hAnsiTheme="majorHAnsi" w:cstheme="majorHAnsi"/>
          <w:sz w:val="28"/>
          <w:szCs w:val="28"/>
        </w:rPr>
        <w:tab/>
        <w:t>I ___________ (see) my friends every weekend.</w:t>
      </w:r>
    </w:p>
    <w:p w14:paraId="436AEE51" w14:textId="2724E496" w:rsidR="00C14924" w:rsidRPr="00EC42B0" w:rsidRDefault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7. </w:t>
      </w:r>
      <w:r w:rsidRPr="00EC42B0">
        <w:rPr>
          <w:rFonts w:asciiTheme="majorHAnsi" w:hAnsiTheme="majorHAnsi" w:cstheme="majorHAnsi"/>
          <w:sz w:val="28"/>
          <w:szCs w:val="28"/>
        </w:rPr>
        <w:tab/>
        <w:t>What ______ you _______________ (mean)?</w:t>
      </w:r>
    </w:p>
    <w:p w14:paraId="784580E6" w14:textId="4D620F88" w:rsidR="00C14924" w:rsidRPr="00EC42B0" w:rsidRDefault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8. </w:t>
      </w:r>
      <w:r w:rsidRPr="00EC42B0">
        <w:rPr>
          <w:rFonts w:asciiTheme="majorHAnsi" w:hAnsiTheme="majorHAnsi" w:cstheme="majorHAnsi"/>
          <w:sz w:val="28"/>
          <w:szCs w:val="28"/>
        </w:rPr>
        <w:tab/>
        <w:t>We _______________________ (not look) for a new place to live right now.</w:t>
      </w:r>
    </w:p>
    <w:p w14:paraId="1D6EF1D7" w14:textId="45FAA15C" w:rsidR="00C14924" w:rsidRPr="00EC42B0" w:rsidRDefault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9. </w:t>
      </w:r>
      <w:r w:rsidRPr="00EC42B0">
        <w:rPr>
          <w:rFonts w:asciiTheme="majorHAnsi" w:hAnsiTheme="majorHAnsi" w:cstheme="majorHAnsi"/>
          <w:sz w:val="28"/>
          <w:szCs w:val="28"/>
        </w:rPr>
        <w:tab/>
        <w:t xml:space="preserve">_________ your father often _______________ (lend) </w:t>
      </w:r>
      <w:proofErr w:type="gramStart"/>
      <w:r w:rsidRPr="00EC42B0">
        <w:rPr>
          <w:rFonts w:asciiTheme="majorHAnsi" w:hAnsiTheme="majorHAnsi" w:cstheme="majorHAnsi"/>
          <w:sz w:val="28"/>
          <w:szCs w:val="28"/>
        </w:rPr>
        <w:t>you</w:t>
      </w:r>
      <w:proofErr w:type="gramEnd"/>
      <w:r w:rsidRPr="00EC42B0">
        <w:rPr>
          <w:rFonts w:asciiTheme="majorHAnsi" w:hAnsiTheme="majorHAnsi" w:cstheme="majorHAnsi"/>
          <w:sz w:val="28"/>
          <w:szCs w:val="28"/>
        </w:rPr>
        <w:t xml:space="preserve"> his car?</w:t>
      </w:r>
    </w:p>
    <w:p w14:paraId="32EF291D" w14:textId="11D7327B" w:rsidR="00EC42B0" w:rsidRDefault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10. </w:t>
      </w:r>
      <w:r w:rsidRPr="00EC42B0">
        <w:rPr>
          <w:rFonts w:asciiTheme="majorHAnsi" w:hAnsiTheme="majorHAnsi" w:cstheme="majorHAnsi"/>
          <w:sz w:val="28"/>
          <w:szCs w:val="28"/>
        </w:rPr>
        <w:tab/>
        <w:t>He ___________________ (not dream) about a new computer these days.</w:t>
      </w:r>
    </w:p>
    <w:p w14:paraId="445CF1EB" w14:textId="77777777" w:rsidR="00EC42B0" w:rsidRDefault="00EC42B0">
      <w:pPr>
        <w:rPr>
          <w:rFonts w:asciiTheme="majorHAnsi" w:hAnsiTheme="majorHAnsi" w:cstheme="majorHAnsi"/>
          <w:sz w:val="28"/>
          <w:szCs w:val="28"/>
        </w:rPr>
      </w:pPr>
    </w:p>
    <w:p w14:paraId="24344B27" w14:textId="77777777" w:rsidR="00EC42B0" w:rsidRDefault="00EC42B0">
      <w:pPr>
        <w:rPr>
          <w:rFonts w:asciiTheme="majorHAnsi" w:hAnsiTheme="majorHAnsi" w:cstheme="majorHAnsi"/>
          <w:sz w:val="28"/>
          <w:szCs w:val="28"/>
        </w:rPr>
      </w:pPr>
    </w:p>
    <w:p w14:paraId="29849E9F" w14:textId="77777777" w:rsidR="00EC42B0" w:rsidRPr="00EC42B0" w:rsidRDefault="00EC42B0" w:rsidP="00EC42B0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EC42B0">
        <w:rPr>
          <w:rFonts w:asciiTheme="majorHAnsi" w:hAnsiTheme="majorHAnsi" w:cstheme="majorHAnsi"/>
          <w:b/>
          <w:bCs/>
          <w:sz w:val="28"/>
          <w:szCs w:val="28"/>
        </w:rPr>
        <w:t>Complete the sentences with the correct form of the verb in brackets. Use the present simple or the present continuous.</w:t>
      </w:r>
    </w:p>
    <w:p w14:paraId="5FC5FBB2" w14:textId="77777777" w:rsidR="00EC42B0" w:rsidRPr="00EC42B0" w:rsidRDefault="00EC42B0" w:rsidP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1. </w:t>
      </w:r>
      <w:r w:rsidRPr="00EC42B0">
        <w:rPr>
          <w:rFonts w:asciiTheme="majorHAnsi" w:hAnsiTheme="majorHAnsi" w:cstheme="majorHAnsi"/>
          <w:sz w:val="28"/>
          <w:szCs w:val="28"/>
        </w:rPr>
        <w:tab/>
        <w:t>She always ____________ (forget) my birthday.</w:t>
      </w:r>
    </w:p>
    <w:p w14:paraId="4955D5DF" w14:textId="77777777" w:rsidR="00EC42B0" w:rsidRPr="00EC42B0" w:rsidRDefault="00EC42B0" w:rsidP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2. </w:t>
      </w:r>
      <w:r w:rsidRPr="00EC42B0">
        <w:rPr>
          <w:rFonts w:asciiTheme="majorHAnsi" w:hAnsiTheme="majorHAnsi" w:cstheme="majorHAnsi"/>
          <w:sz w:val="28"/>
          <w:szCs w:val="28"/>
        </w:rPr>
        <w:tab/>
        <w:t>______ you often _____________ (borrow) books from the library?</w:t>
      </w:r>
    </w:p>
    <w:p w14:paraId="7CFAAFAA" w14:textId="77777777" w:rsidR="00EC42B0" w:rsidRPr="00EC42B0" w:rsidRDefault="00EC42B0" w:rsidP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3. </w:t>
      </w:r>
      <w:r w:rsidRPr="00EC42B0">
        <w:rPr>
          <w:rFonts w:asciiTheme="majorHAnsi" w:hAnsiTheme="majorHAnsi" w:cstheme="majorHAnsi"/>
          <w:sz w:val="28"/>
          <w:szCs w:val="28"/>
        </w:rPr>
        <w:tab/>
        <w:t>Look! He ________________________ (wear) a new jacket.</w:t>
      </w:r>
    </w:p>
    <w:p w14:paraId="3831FCED" w14:textId="77777777" w:rsidR="00EC42B0" w:rsidRPr="00EC42B0" w:rsidRDefault="00EC42B0" w:rsidP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4. </w:t>
      </w:r>
      <w:r w:rsidRPr="00EC42B0">
        <w:rPr>
          <w:rFonts w:asciiTheme="majorHAnsi" w:hAnsiTheme="majorHAnsi" w:cstheme="majorHAnsi"/>
          <w:sz w:val="28"/>
          <w:szCs w:val="28"/>
        </w:rPr>
        <w:tab/>
        <w:t>They ____________________________ (not give) presents on small holidays.</w:t>
      </w:r>
    </w:p>
    <w:p w14:paraId="70C0E6C9" w14:textId="77777777" w:rsidR="00EC42B0" w:rsidRPr="00EC42B0" w:rsidRDefault="00EC42B0" w:rsidP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5. </w:t>
      </w:r>
      <w:r w:rsidRPr="00EC42B0">
        <w:rPr>
          <w:rFonts w:asciiTheme="majorHAnsi" w:hAnsiTheme="majorHAnsi" w:cstheme="majorHAnsi"/>
          <w:sz w:val="28"/>
          <w:szCs w:val="28"/>
        </w:rPr>
        <w:tab/>
        <w:t>Why ______ she _________________ (wait) outside?</w:t>
      </w:r>
    </w:p>
    <w:p w14:paraId="3362B34B" w14:textId="77777777" w:rsidR="00EC42B0" w:rsidRPr="00EC42B0" w:rsidRDefault="00EC42B0" w:rsidP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6. </w:t>
      </w:r>
      <w:r w:rsidRPr="00EC42B0">
        <w:rPr>
          <w:rFonts w:asciiTheme="majorHAnsi" w:hAnsiTheme="majorHAnsi" w:cstheme="majorHAnsi"/>
          <w:sz w:val="28"/>
          <w:szCs w:val="28"/>
        </w:rPr>
        <w:tab/>
        <w:t>I ___________ (see) my friends every weekend.</w:t>
      </w:r>
    </w:p>
    <w:p w14:paraId="6C850AE7" w14:textId="77777777" w:rsidR="00EC42B0" w:rsidRPr="00EC42B0" w:rsidRDefault="00EC42B0" w:rsidP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7. </w:t>
      </w:r>
      <w:r w:rsidRPr="00EC42B0">
        <w:rPr>
          <w:rFonts w:asciiTheme="majorHAnsi" w:hAnsiTheme="majorHAnsi" w:cstheme="majorHAnsi"/>
          <w:sz w:val="28"/>
          <w:szCs w:val="28"/>
        </w:rPr>
        <w:tab/>
        <w:t>What ______ you _______________ (mean)?</w:t>
      </w:r>
    </w:p>
    <w:p w14:paraId="470024C5" w14:textId="77777777" w:rsidR="00EC42B0" w:rsidRPr="00EC42B0" w:rsidRDefault="00EC42B0" w:rsidP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8. </w:t>
      </w:r>
      <w:r w:rsidRPr="00EC42B0">
        <w:rPr>
          <w:rFonts w:asciiTheme="majorHAnsi" w:hAnsiTheme="majorHAnsi" w:cstheme="majorHAnsi"/>
          <w:sz w:val="28"/>
          <w:szCs w:val="28"/>
        </w:rPr>
        <w:tab/>
        <w:t>We _______________________ (not look) for a new place to live right now.</w:t>
      </w:r>
    </w:p>
    <w:p w14:paraId="6B8F8649" w14:textId="77777777" w:rsidR="00EC42B0" w:rsidRPr="00EC42B0" w:rsidRDefault="00EC42B0" w:rsidP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9. </w:t>
      </w:r>
      <w:r w:rsidRPr="00EC42B0">
        <w:rPr>
          <w:rFonts w:asciiTheme="majorHAnsi" w:hAnsiTheme="majorHAnsi" w:cstheme="majorHAnsi"/>
          <w:sz w:val="28"/>
          <w:szCs w:val="28"/>
        </w:rPr>
        <w:tab/>
        <w:t xml:space="preserve">_________ your father often _______________ (lend) </w:t>
      </w:r>
      <w:proofErr w:type="gramStart"/>
      <w:r w:rsidRPr="00EC42B0">
        <w:rPr>
          <w:rFonts w:asciiTheme="majorHAnsi" w:hAnsiTheme="majorHAnsi" w:cstheme="majorHAnsi"/>
          <w:sz w:val="28"/>
          <w:szCs w:val="28"/>
        </w:rPr>
        <w:t>you</w:t>
      </w:r>
      <w:proofErr w:type="gramEnd"/>
      <w:r w:rsidRPr="00EC42B0">
        <w:rPr>
          <w:rFonts w:asciiTheme="majorHAnsi" w:hAnsiTheme="majorHAnsi" w:cstheme="majorHAnsi"/>
          <w:sz w:val="28"/>
          <w:szCs w:val="28"/>
        </w:rPr>
        <w:t xml:space="preserve"> his car?</w:t>
      </w:r>
    </w:p>
    <w:p w14:paraId="30E0575F" w14:textId="7C1F8DDC" w:rsidR="00EC42B0" w:rsidRPr="00EC42B0" w:rsidRDefault="00EC42B0" w:rsidP="00EC42B0">
      <w:pPr>
        <w:rPr>
          <w:rFonts w:asciiTheme="majorHAnsi" w:hAnsiTheme="majorHAnsi" w:cstheme="majorHAnsi"/>
          <w:sz w:val="28"/>
          <w:szCs w:val="28"/>
        </w:rPr>
      </w:pPr>
      <w:r w:rsidRPr="00EC42B0">
        <w:rPr>
          <w:rFonts w:asciiTheme="majorHAnsi" w:hAnsiTheme="majorHAnsi" w:cstheme="majorHAnsi"/>
          <w:sz w:val="28"/>
          <w:szCs w:val="28"/>
        </w:rPr>
        <w:t xml:space="preserve">10. </w:t>
      </w:r>
      <w:r w:rsidRPr="00EC42B0">
        <w:rPr>
          <w:rFonts w:asciiTheme="majorHAnsi" w:hAnsiTheme="majorHAnsi" w:cstheme="majorHAnsi"/>
          <w:sz w:val="28"/>
          <w:szCs w:val="28"/>
        </w:rPr>
        <w:tab/>
        <w:t>He ___________________ (not dream) about a new computer these days.</w:t>
      </w:r>
    </w:p>
    <w:sectPr w:rsidR="00EC42B0" w:rsidRPr="00EC42B0" w:rsidSect="00CD30C1">
      <w:pgSz w:w="11906" w:h="16838" w:code="9"/>
      <w:pgMar w:top="425" w:right="425" w:bottom="425" w:left="42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9998685">
    <w:abstractNumId w:val="8"/>
  </w:num>
  <w:num w:numId="2" w16cid:durableId="885799460">
    <w:abstractNumId w:val="6"/>
  </w:num>
  <w:num w:numId="3" w16cid:durableId="509369993">
    <w:abstractNumId w:val="5"/>
  </w:num>
  <w:num w:numId="4" w16cid:durableId="97143086">
    <w:abstractNumId w:val="4"/>
  </w:num>
  <w:num w:numId="5" w16cid:durableId="1467702581">
    <w:abstractNumId w:val="7"/>
  </w:num>
  <w:num w:numId="6" w16cid:durableId="992872849">
    <w:abstractNumId w:val="3"/>
  </w:num>
  <w:num w:numId="7" w16cid:durableId="328869130">
    <w:abstractNumId w:val="2"/>
  </w:num>
  <w:num w:numId="8" w16cid:durableId="1421487512">
    <w:abstractNumId w:val="1"/>
  </w:num>
  <w:num w:numId="9" w16cid:durableId="1791775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A186D"/>
    <w:rsid w:val="008F1707"/>
    <w:rsid w:val="00AA1D8D"/>
    <w:rsid w:val="00B47730"/>
    <w:rsid w:val="00C14924"/>
    <w:rsid w:val="00CB0664"/>
    <w:rsid w:val="00CD30C1"/>
    <w:rsid w:val="00EC42B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392C01"/>
  <w14:defaultImageDpi w14:val="300"/>
  <w15:docId w15:val="{EDA7F1E1-0275-402C-A8C0-906D9EAA2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C42B0"/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/>
    <w:rsid w:val="00FC693F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draznn">
    <w:name w:val="Emphasis"/>
    <w:basedOn w:val="Standardnpsmoodstavce"/>
    <w:uiPriority w:val="20"/>
    <w:qFormat/>
    <w:rsid w:val="00FC693F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214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Tadeusz Szerynski</cp:lastModifiedBy>
  <cp:revision>3</cp:revision>
  <cp:lastPrinted>2025-03-12T09:32:00Z</cp:lastPrinted>
  <dcterms:created xsi:type="dcterms:W3CDTF">2025-03-10T09:16:00Z</dcterms:created>
  <dcterms:modified xsi:type="dcterms:W3CDTF">2025-03-12T09:32:00Z</dcterms:modified>
  <cp:category/>
</cp:coreProperties>
</file>