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4BE7D" w14:textId="77777777" w:rsidR="005F29B1" w:rsidRDefault="00B91244">
      <w:r>
        <w:rPr>
          <w:b/>
        </w:rPr>
        <w:t>Put the verbs in brackets into the correct form. Use the present simple.</w:t>
      </w:r>
    </w:p>
    <w:p w14:paraId="6B4C9FD1" w14:textId="44934595" w:rsidR="005F29B1" w:rsidRDefault="00B91244">
      <w:r>
        <w:t>1)</w:t>
      </w:r>
      <w:r>
        <w:tab/>
        <w:t>She _______________________ (work) in a bank.</w:t>
      </w:r>
    </w:p>
    <w:p w14:paraId="759C1008" w14:textId="418E4376" w:rsidR="005F29B1" w:rsidRDefault="00B91244">
      <w:r>
        <w:t>2)</w:t>
      </w:r>
      <w:r>
        <w:tab/>
      </w:r>
      <w:r w:rsidR="00CD64D4">
        <w:t>______</w:t>
      </w:r>
      <w:r>
        <w:t xml:space="preserve"> you __________________ (know) him well?</w:t>
      </w:r>
    </w:p>
    <w:p w14:paraId="7F1FED87" w14:textId="5EBF0F45" w:rsidR="005F29B1" w:rsidRDefault="00B91244">
      <w:r>
        <w:t>3)</w:t>
      </w:r>
      <w:r>
        <w:tab/>
        <w:t>He _______________________ (write) short stories.</w:t>
      </w:r>
    </w:p>
    <w:p w14:paraId="06E8402B" w14:textId="691F1480" w:rsidR="005F29B1" w:rsidRDefault="00B91244">
      <w:r>
        <w:t>4)</w:t>
      </w:r>
      <w:r>
        <w:tab/>
        <w:t>I _______________________ (not love) spicy food.</w:t>
      </w:r>
    </w:p>
    <w:p w14:paraId="16F2694C" w14:textId="3F892BC2" w:rsidR="005F29B1" w:rsidRDefault="00B91244">
      <w:r>
        <w:t>5)</w:t>
      </w:r>
      <w:r>
        <w:tab/>
      </w:r>
      <w:r w:rsidR="00CD64D4">
        <w:t xml:space="preserve">______ </w:t>
      </w:r>
      <w:r>
        <w:t>she ____________________ (live) near here?</w:t>
      </w:r>
    </w:p>
    <w:p w14:paraId="6CBE3A82" w14:textId="41CF91C4" w:rsidR="005F29B1" w:rsidRDefault="00B91244">
      <w:r>
        <w:t>6)</w:t>
      </w:r>
      <w:r>
        <w:tab/>
        <w:t>They _______________________ (read) every evening.</w:t>
      </w:r>
    </w:p>
    <w:p w14:paraId="58D78C61" w14:textId="5C7B0428" w:rsidR="005F29B1" w:rsidRDefault="00B91244">
      <w:r>
        <w:t>7)</w:t>
      </w:r>
      <w:r>
        <w:tab/>
        <w:t>He _______________________ (not tell) the truth.</w:t>
      </w:r>
    </w:p>
    <w:p w14:paraId="60314884" w14:textId="5C441BD9" w:rsidR="005F29B1" w:rsidRDefault="00B91244">
      <w:r>
        <w:t>8)</w:t>
      </w:r>
      <w:r>
        <w:tab/>
      </w:r>
      <w:r w:rsidR="00CD64D4">
        <w:t xml:space="preserve">______ </w:t>
      </w:r>
      <w:r>
        <w:t>they ____________________ (go) to school on Sundays?</w:t>
      </w:r>
    </w:p>
    <w:p w14:paraId="5DB7E3A4" w14:textId="403F7533" w:rsidR="005F29B1" w:rsidRDefault="00B91244">
      <w:r>
        <w:t>9)</w:t>
      </w:r>
      <w:r>
        <w:tab/>
        <w:t>She _______________________ (not draw) very well.</w:t>
      </w:r>
    </w:p>
    <w:p w14:paraId="72A4F5CC" w14:textId="7051D9D5" w:rsidR="005F29B1" w:rsidRDefault="00B91244">
      <w:r>
        <w:t>10)</w:t>
      </w:r>
      <w:r>
        <w:tab/>
      </w:r>
      <w:r w:rsidR="006A30BE">
        <w:t xml:space="preserve">______ </w:t>
      </w:r>
      <w:r>
        <w:t>he ____________________ (like) jazz music?</w:t>
      </w:r>
    </w:p>
    <w:p w14:paraId="31F05A3E" w14:textId="77777777" w:rsidR="00B91244" w:rsidRDefault="00B91244"/>
    <w:p w14:paraId="06A14240" w14:textId="77777777" w:rsidR="00B91244" w:rsidRDefault="00B91244"/>
    <w:p w14:paraId="40EDACBE" w14:textId="77777777" w:rsidR="00B91244" w:rsidRDefault="00B91244"/>
    <w:p w14:paraId="6A3016B5" w14:textId="77777777" w:rsidR="006A30BE" w:rsidRDefault="006A30BE" w:rsidP="006A30BE">
      <w:r>
        <w:rPr>
          <w:b/>
        </w:rPr>
        <w:t>Put the verbs in brackets into the correct form. Use the present simple.</w:t>
      </w:r>
    </w:p>
    <w:p w14:paraId="51E40215" w14:textId="77777777" w:rsidR="006A30BE" w:rsidRDefault="006A30BE" w:rsidP="006A30BE">
      <w:r>
        <w:t>1)</w:t>
      </w:r>
      <w:r>
        <w:tab/>
        <w:t>She _______________________ (work) in a bank.</w:t>
      </w:r>
    </w:p>
    <w:p w14:paraId="3330C1C9" w14:textId="77777777" w:rsidR="006A30BE" w:rsidRDefault="006A30BE" w:rsidP="006A30BE">
      <w:r>
        <w:t>2)</w:t>
      </w:r>
      <w:r>
        <w:tab/>
        <w:t>______ you __________________ (know) him well?</w:t>
      </w:r>
    </w:p>
    <w:p w14:paraId="708713E8" w14:textId="77777777" w:rsidR="006A30BE" w:rsidRDefault="006A30BE" w:rsidP="006A30BE">
      <w:r>
        <w:t>3)</w:t>
      </w:r>
      <w:r>
        <w:tab/>
        <w:t>He _______________________ (write) short stories.</w:t>
      </w:r>
    </w:p>
    <w:p w14:paraId="0913ADF6" w14:textId="77777777" w:rsidR="006A30BE" w:rsidRDefault="006A30BE" w:rsidP="006A30BE">
      <w:r>
        <w:t>4)</w:t>
      </w:r>
      <w:r>
        <w:tab/>
        <w:t>I _______________________ (not love) spicy food.</w:t>
      </w:r>
    </w:p>
    <w:p w14:paraId="53056173" w14:textId="77777777" w:rsidR="006A30BE" w:rsidRDefault="006A30BE" w:rsidP="006A30BE">
      <w:r>
        <w:t>5)</w:t>
      </w:r>
      <w:r>
        <w:tab/>
        <w:t>______ she ____________________ (live) near here?</w:t>
      </w:r>
    </w:p>
    <w:p w14:paraId="107863A1" w14:textId="77777777" w:rsidR="006A30BE" w:rsidRDefault="006A30BE" w:rsidP="006A30BE">
      <w:r>
        <w:t>6)</w:t>
      </w:r>
      <w:r>
        <w:tab/>
        <w:t>They _______________________ (read) every evening.</w:t>
      </w:r>
    </w:p>
    <w:p w14:paraId="7592CBB6" w14:textId="77777777" w:rsidR="006A30BE" w:rsidRDefault="006A30BE" w:rsidP="006A30BE">
      <w:r>
        <w:t>7)</w:t>
      </w:r>
      <w:r>
        <w:tab/>
        <w:t>He _______________________ (not tell) the truth.</w:t>
      </w:r>
    </w:p>
    <w:p w14:paraId="1B9DF61D" w14:textId="77777777" w:rsidR="006A30BE" w:rsidRDefault="006A30BE" w:rsidP="006A30BE">
      <w:r>
        <w:t>8)</w:t>
      </w:r>
      <w:r>
        <w:tab/>
        <w:t>______ they ____________________ (go) to school on Sundays?</w:t>
      </w:r>
    </w:p>
    <w:p w14:paraId="15F766B8" w14:textId="77777777" w:rsidR="006A30BE" w:rsidRDefault="006A30BE" w:rsidP="006A30BE">
      <w:r>
        <w:t>9)</w:t>
      </w:r>
      <w:r>
        <w:tab/>
        <w:t>She _______________________ (not draw) very well.</w:t>
      </w:r>
    </w:p>
    <w:p w14:paraId="6336B778" w14:textId="4F2C4C74" w:rsidR="00B91244" w:rsidRDefault="006A30BE" w:rsidP="006A30BE">
      <w:r>
        <w:t>10)</w:t>
      </w:r>
      <w:r>
        <w:tab/>
        <w:t>______ he ____________________ (like) jazz music?</w:t>
      </w:r>
    </w:p>
    <w:sectPr w:rsidR="00B91244" w:rsidSect="00034616">
      <w:pgSz w:w="12240" w:h="15840"/>
      <w:pgMar w:top="425" w:right="425" w:bottom="425" w:left="42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lovanseznam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lovanseznam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eznamsodrka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eznamsodrka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lovanseznam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eznamsodrka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32132656">
    <w:abstractNumId w:val="8"/>
  </w:num>
  <w:num w:numId="2" w16cid:durableId="1016930348">
    <w:abstractNumId w:val="6"/>
  </w:num>
  <w:num w:numId="3" w16cid:durableId="1218468076">
    <w:abstractNumId w:val="5"/>
  </w:num>
  <w:num w:numId="4" w16cid:durableId="1383479179">
    <w:abstractNumId w:val="4"/>
  </w:num>
  <w:num w:numId="5" w16cid:durableId="1309285409">
    <w:abstractNumId w:val="7"/>
  </w:num>
  <w:num w:numId="6" w16cid:durableId="337390876">
    <w:abstractNumId w:val="3"/>
  </w:num>
  <w:num w:numId="7" w16cid:durableId="600183978">
    <w:abstractNumId w:val="2"/>
  </w:num>
  <w:num w:numId="8" w16cid:durableId="1400790793">
    <w:abstractNumId w:val="1"/>
  </w:num>
  <w:num w:numId="9" w16cid:durableId="1523128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6B6A"/>
    <w:rsid w:val="0015074B"/>
    <w:rsid w:val="0029639D"/>
    <w:rsid w:val="00326F90"/>
    <w:rsid w:val="005F29B1"/>
    <w:rsid w:val="006A30BE"/>
    <w:rsid w:val="00AA1D8D"/>
    <w:rsid w:val="00B47730"/>
    <w:rsid w:val="00B91244"/>
    <w:rsid w:val="00CB0664"/>
    <w:rsid w:val="00CD64D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09D871"/>
  <w14:defaultImageDpi w14:val="300"/>
  <w15:docId w15:val="{E357391F-B598-4BDC-A0E4-81CED5989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A30BE"/>
    <w:rPr>
      <w:rFonts w:ascii="Calibri" w:hAnsi="Calibri"/>
      <w:sz w:val="28"/>
    </w:rPr>
  </w:style>
  <w:style w:type="paragraph" w:styleId="Nadpis1">
    <w:name w:val="heading 1"/>
    <w:basedOn w:val="Normln"/>
    <w:next w:val="Normln"/>
    <w:link w:val="Nadpis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618BF"/>
  </w:style>
  <w:style w:type="paragraph" w:styleId="Zpat">
    <w:name w:val="footer"/>
    <w:basedOn w:val="Normln"/>
    <w:link w:val="Zpa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618BF"/>
  </w:style>
  <w:style w:type="paragraph" w:styleId="Bezmezer">
    <w:name w:val="No Spacing"/>
    <w:uiPriority w:val="1"/>
    <w:qFormat/>
    <w:rsid w:val="00FC693F"/>
    <w:pPr>
      <w:spacing w:after="0" w:line="240" w:lineRule="auto"/>
    </w:pPr>
  </w:style>
  <w:style w:type="character" w:customStyle="1" w:styleId="Nadpis1Char">
    <w:name w:val="Nadpis 1 Char"/>
    <w:basedOn w:val="Standardnpsmoodstavce"/>
    <w:link w:val="Nadpis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zev">
    <w:name w:val="Title"/>
    <w:basedOn w:val="Normln"/>
    <w:next w:val="Normln"/>
    <w:link w:val="Nzev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nadpisChar">
    <w:name w:val="Podnadpis Char"/>
    <w:basedOn w:val="Standardnpsmoodstavce"/>
    <w:link w:val="Podnadpis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FC693F"/>
    <w:pPr>
      <w:ind w:left="720"/>
      <w:contextualSpacing/>
    </w:pPr>
  </w:style>
  <w:style w:type="paragraph" w:styleId="Zkladntext">
    <w:name w:val="Body Text"/>
    <w:basedOn w:val="Normln"/>
    <w:link w:val="ZkladntextChar"/>
    <w:uiPriority w:val="99"/>
    <w:unhideWhenUsed/>
    <w:rsid w:val="00AA1D8D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rsid w:val="00AA1D8D"/>
  </w:style>
  <w:style w:type="paragraph" w:styleId="Zkladntext2">
    <w:name w:val="Body Text 2"/>
    <w:basedOn w:val="Normln"/>
    <w:link w:val="Zkladntext2Char"/>
    <w:uiPriority w:val="99"/>
    <w:unhideWhenUsed/>
    <w:rsid w:val="00AA1D8D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rsid w:val="00AA1D8D"/>
  </w:style>
  <w:style w:type="paragraph" w:styleId="Zkladntext3">
    <w:name w:val="Body Text 3"/>
    <w:basedOn w:val="Normln"/>
    <w:link w:val="Zkladn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Zkladntext3Char">
    <w:name w:val="Základní text 3 Char"/>
    <w:basedOn w:val="Standardnpsmoodstavce"/>
    <w:link w:val="Zkladntext3"/>
    <w:uiPriority w:val="99"/>
    <w:rsid w:val="00AA1D8D"/>
    <w:rPr>
      <w:sz w:val="16"/>
      <w:szCs w:val="16"/>
    </w:rPr>
  </w:style>
  <w:style w:type="paragraph" w:styleId="Seznam">
    <w:name w:val="List"/>
    <w:basedOn w:val="Normln"/>
    <w:uiPriority w:val="99"/>
    <w:unhideWhenUsed/>
    <w:rsid w:val="00AA1D8D"/>
    <w:pPr>
      <w:ind w:left="360" w:hanging="360"/>
      <w:contextualSpacing/>
    </w:pPr>
  </w:style>
  <w:style w:type="paragraph" w:styleId="Seznam2">
    <w:name w:val="List 2"/>
    <w:basedOn w:val="Normln"/>
    <w:uiPriority w:val="99"/>
    <w:unhideWhenUsed/>
    <w:rsid w:val="00326F90"/>
    <w:pPr>
      <w:ind w:left="720" w:hanging="360"/>
      <w:contextualSpacing/>
    </w:pPr>
  </w:style>
  <w:style w:type="paragraph" w:styleId="Seznam3">
    <w:name w:val="List 3"/>
    <w:basedOn w:val="Normln"/>
    <w:uiPriority w:val="99"/>
    <w:unhideWhenUsed/>
    <w:rsid w:val="00326F90"/>
    <w:pPr>
      <w:ind w:left="1080" w:hanging="360"/>
      <w:contextualSpacing/>
    </w:pPr>
  </w:style>
  <w:style w:type="paragraph" w:styleId="Seznamsodrkami">
    <w:name w:val="List Bullet"/>
    <w:basedOn w:val="Normln"/>
    <w:uiPriority w:val="99"/>
    <w:unhideWhenUsed/>
    <w:rsid w:val="00326F90"/>
    <w:pPr>
      <w:numPr>
        <w:numId w:val="1"/>
      </w:numPr>
      <w:contextualSpacing/>
    </w:pPr>
  </w:style>
  <w:style w:type="paragraph" w:styleId="Seznamsodrkami2">
    <w:name w:val="List Bullet 2"/>
    <w:basedOn w:val="Normln"/>
    <w:uiPriority w:val="99"/>
    <w:unhideWhenUsed/>
    <w:rsid w:val="00326F90"/>
    <w:pPr>
      <w:numPr>
        <w:numId w:val="2"/>
      </w:numPr>
      <w:contextualSpacing/>
    </w:pPr>
  </w:style>
  <w:style w:type="paragraph" w:styleId="Seznamsodrkami3">
    <w:name w:val="List Bullet 3"/>
    <w:basedOn w:val="Normln"/>
    <w:uiPriority w:val="99"/>
    <w:unhideWhenUsed/>
    <w:rsid w:val="00326F90"/>
    <w:pPr>
      <w:numPr>
        <w:numId w:val="3"/>
      </w:numPr>
      <w:contextualSpacing/>
    </w:pPr>
  </w:style>
  <w:style w:type="paragraph" w:styleId="slovanseznam">
    <w:name w:val="List Number"/>
    <w:basedOn w:val="Normln"/>
    <w:uiPriority w:val="99"/>
    <w:unhideWhenUsed/>
    <w:rsid w:val="00326F90"/>
    <w:pPr>
      <w:numPr>
        <w:numId w:val="5"/>
      </w:numPr>
      <w:contextualSpacing/>
    </w:pPr>
  </w:style>
  <w:style w:type="paragraph" w:styleId="slovanseznam2">
    <w:name w:val="List Number 2"/>
    <w:basedOn w:val="Normln"/>
    <w:uiPriority w:val="99"/>
    <w:unhideWhenUsed/>
    <w:rsid w:val="0029639D"/>
    <w:pPr>
      <w:numPr>
        <w:numId w:val="6"/>
      </w:numPr>
      <w:contextualSpacing/>
    </w:pPr>
  </w:style>
  <w:style w:type="paragraph" w:styleId="slovanseznam3">
    <w:name w:val="List Number 3"/>
    <w:basedOn w:val="Normln"/>
    <w:uiPriority w:val="99"/>
    <w:unhideWhenUsed/>
    <w:rsid w:val="0029639D"/>
    <w:pPr>
      <w:numPr>
        <w:numId w:val="7"/>
      </w:numPr>
      <w:contextualSpacing/>
    </w:pPr>
  </w:style>
  <w:style w:type="paragraph" w:styleId="Pokraovnseznamu">
    <w:name w:val="List Continue"/>
    <w:basedOn w:val="Normln"/>
    <w:uiPriority w:val="99"/>
    <w:unhideWhenUsed/>
    <w:rsid w:val="0029639D"/>
    <w:pPr>
      <w:spacing w:after="120"/>
      <w:ind w:left="360"/>
      <w:contextualSpacing/>
    </w:pPr>
  </w:style>
  <w:style w:type="paragraph" w:styleId="Pokraovnseznamu2">
    <w:name w:val="List Continue 2"/>
    <w:basedOn w:val="Normln"/>
    <w:uiPriority w:val="99"/>
    <w:unhideWhenUsed/>
    <w:rsid w:val="0029639D"/>
    <w:pPr>
      <w:spacing w:after="120"/>
      <w:ind w:left="720"/>
      <w:contextualSpacing/>
    </w:pPr>
  </w:style>
  <w:style w:type="paragraph" w:styleId="Pokraovnseznamu3">
    <w:name w:val="List Continue 3"/>
    <w:basedOn w:val="Normln"/>
    <w:uiPriority w:val="99"/>
    <w:unhideWhenUsed/>
    <w:rsid w:val="0029639D"/>
    <w:pPr>
      <w:spacing w:after="120"/>
      <w:ind w:left="1080"/>
      <w:contextualSpacing/>
    </w:pPr>
  </w:style>
  <w:style w:type="paragraph" w:styleId="Textmakra">
    <w:name w:val="macro"/>
    <w:link w:val="Textmakra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makraChar">
    <w:name w:val="Text makra Char"/>
    <w:basedOn w:val="Standardnpsmoodstavce"/>
    <w:link w:val="Textmakra"/>
    <w:uiPriority w:val="99"/>
    <w:rsid w:val="0029639D"/>
    <w:rPr>
      <w:rFonts w:ascii="Courier" w:hAnsi="Courier"/>
      <w:sz w:val="20"/>
      <w:szCs w:val="20"/>
    </w:rPr>
  </w:style>
  <w:style w:type="paragraph" w:styleId="Citt">
    <w:name w:val="Quote"/>
    <w:basedOn w:val="Normln"/>
    <w:next w:val="Normln"/>
    <w:link w:val="CittChar"/>
    <w:uiPriority w:val="29"/>
    <w:qFormat/>
    <w:rsid w:val="00FC693F"/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FC693F"/>
    <w:rPr>
      <w:i/>
      <w:iCs/>
      <w:color w:val="000000" w:themeColor="text1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ulek">
    <w:name w:val="caption"/>
    <w:basedOn w:val="Normln"/>
    <w:next w:val="Norml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iln">
    <w:name w:val="Strong"/>
    <w:basedOn w:val="Standardnpsmoodstavce"/>
    <w:uiPriority w:val="22"/>
    <w:qFormat/>
    <w:rsid w:val="00FC693F"/>
    <w:rPr>
      <w:b/>
      <w:bCs/>
    </w:rPr>
  </w:style>
  <w:style w:type="character" w:styleId="Zdraznn">
    <w:name w:val="Emphasis"/>
    <w:basedOn w:val="Standardnpsmoodstavce"/>
    <w:uiPriority w:val="20"/>
    <w:qFormat/>
    <w:rsid w:val="00FC693F"/>
    <w:rPr>
      <w:i/>
      <w:iCs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C693F"/>
    <w:rPr>
      <w:b/>
      <w:bCs/>
      <w:i/>
      <w:iCs/>
      <w:color w:val="4F81BD" w:themeColor="accent1"/>
    </w:rPr>
  </w:style>
  <w:style w:type="character" w:styleId="Zdraznnjemn">
    <w:name w:val="Subtle Emphasis"/>
    <w:basedOn w:val="Standardnpsmoodstavce"/>
    <w:uiPriority w:val="19"/>
    <w:qFormat/>
    <w:rsid w:val="00FC693F"/>
    <w:rPr>
      <w:i/>
      <w:iCs/>
      <w:color w:val="808080" w:themeColor="text1" w:themeTint="7F"/>
    </w:rPr>
  </w:style>
  <w:style w:type="character" w:styleId="Zdraznnintenzivn">
    <w:name w:val="Intense Emphasis"/>
    <w:basedOn w:val="Standardnpsmoodstavce"/>
    <w:uiPriority w:val="21"/>
    <w:qFormat/>
    <w:rsid w:val="00FC693F"/>
    <w:rPr>
      <w:b/>
      <w:bCs/>
      <w:i/>
      <w:iCs/>
      <w:color w:val="4F81BD" w:themeColor="accent1"/>
    </w:rPr>
  </w:style>
  <w:style w:type="character" w:styleId="Odkazjemn">
    <w:name w:val="Subtle Reference"/>
    <w:basedOn w:val="Standardnpsmoodstavce"/>
    <w:uiPriority w:val="31"/>
    <w:qFormat/>
    <w:rsid w:val="00FC693F"/>
    <w:rPr>
      <w:smallCaps/>
      <w:color w:val="C0504D" w:themeColor="accent2"/>
      <w:u w:val="single"/>
    </w:rPr>
  </w:style>
  <w:style w:type="character" w:styleId="Odkazintenzivn">
    <w:name w:val="Intense Reference"/>
    <w:basedOn w:val="Standardnpsmoodstavc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Nzevknihy">
    <w:name w:val="Book Title"/>
    <w:basedOn w:val="Standardnpsmoodstavce"/>
    <w:uiPriority w:val="33"/>
    <w:qFormat/>
    <w:rsid w:val="00FC693F"/>
    <w:rPr>
      <w:b/>
      <w:bCs/>
      <w:smallCaps/>
      <w:spacing w:val="5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FC693F"/>
    <w:pPr>
      <w:outlineLvl w:val="9"/>
    </w:pPr>
  </w:style>
  <w:style w:type="table" w:styleId="Mkatabulky">
    <w:name w:val="Table Grid"/>
    <w:basedOn w:val="Normlntabulka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tlstnovn">
    <w:name w:val="Light Shading"/>
    <w:basedOn w:val="Normlntabulka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vtlstnovnzvraznn1">
    <w:name w:val="Light Shading Accent 1"/>
    <w:basedOn w:val="Normlntabulka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vtlstnovnzvraznn2">
    <w:name w:val="Light Shading Accent 2"/>
    <w:basedOn w:val="Normlntabulka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vtlstnovnzvraznn3">
    <w:name w:val="Light Shading Accent 3"/>
    <w:basedOn w:val="Normlntabulka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vtlstnovnzvraznn4">
    <w:name w:val="Light Shading Accent 4"/>
    <w:basedOn w:val="Normlntabulka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vtlstnovnzvraznn5">
    <w:name w:val="Light Shading Accent 5"/>
    <w:basedOn w:val="Normlntabulka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vtlstnovnzvraznn6">
    <w:name w:val="Light Shading Accent 6"/>
    <w:basedOn w:val="Normlntabulka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Svtlseznam">
    <w:name w:val="Light List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Svtlseznamzvraznn1">
    <w:name w:val="Light List Accent 1"/>
    <w:basedOn w:val="Normlntabulka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Svtlseznamzvraznn5">
    <w:name w:val="Light List Accent 5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Svtlseznamzvraznn6">
    <w:name w:val="Light List Accent 6"/>
    <w:basedOn w:val="Normlntabulka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Svtlmka">
    <w:name w:val="Light Grid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vtlmkazvraznn1">
    <w:name w:val="Light Grid Accent 1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Svtlmkazvraznn2">
    <w:name w:val="Light Grid Accent 2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Svtlmkazvraznn3">
    <w:name w:val="Light Grid Accent 3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vtlmkazvraznn4">
    <w:name w:val="Light Grid Accent 4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Svtlmkazvraznn5">
    <w:name w:val="Light Grid Accent 5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vtlmkazvraznn6">
    <w:name w:val="Light Grid Accent 6"/>
    <w:basedOn w:val="Normlntabulka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tednstnovn1">
    <w:name w:val="Medium Shading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1">
    <w:name w:val="Medium Shading 1 Accent 1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2">
    <w:name w:val="Medium Shading 1 Accent 2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3">
    <w:name w:val="Medium Shading 1 Accent 3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4">
    <w:name w:val="Medium Shading 1 Accent 4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5">
    <w:name w:val="Medium Shading 1 Accent 5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1zvraznn6">
    <w:name w:val="Medium Shading 1 Accent 6"/>
    <w:basedOn w:val="Normlntabulka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tednstnovn2">
    <w:name w:val="Medium Shading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1">
    <w:name w:val="Medium Shading 2 Accent 1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2">
    <w:name w:val="Medium Shading 2 Accent 2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3">
    <w:name w:val="Medium Shading 2 Accent 3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4">
    <w:name w:val="Medium Shading 2 Accent 4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5">
    <w:name w:val="Medium Shading 2 Accent 5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tnovn2zvraznn6">
    <w:name w:val="Medium Shading 2 Accent 6"/>
    <w:basedOn w:val="Normlntabulka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1">
    <w:name w:val="Medium Lis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Stednseznam1zvraznn1">
    <w:name w:val="Medium List 1 Accent 1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Stednseznam1zvraznn2">
    <w:name w:val="Medium List 1 Accent 2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Stednseznam1zvraznn3">
    <w:name w:val="Medium List 1 Accent 3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Stednseznam1zvraznn4">
    <w:name w:val="Medium List 1 Accent 4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Stednseznam1zvraznn5">
    <w:name w:val="Medium List 1 Accent 5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Stednseznam1zvraznn6">
    <w:name w:val="Medium List 1 Accent 6"/>
    <w:basedOn w:val="Normlntabulka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Stednseznam2">
    <w:name w:val="Medium Lis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1">
    <w:name w:val="Medium List 2 Accent 1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2">
    <w:name w:val="Medium List 2 Accent 2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3">
    <w:name w:val="Medium List 2 Accent 3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4">
    <w:name w:val="Medium List 2 Accent 4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5">
    <w:name w:val="Medium List 2 Accent 5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tednmka1">
    <w:name w:val="Medium Grid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tednmka1zvraznn1">
    <w:name w:val="Medium Grid 1 Accent 1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tednmka1zvraznn2">
    <w:name w:val="Medium Grid 1 Accent 2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tednmka1zvraznn3">
    <w:name w:val="Medium Grid 1 Accent 3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tednmka1zvraznn4">
    <w:name w:val="Medium Grid 1 Accent 4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tednmka1zvraznn5">
    <w:name w:val="Medium Grid 1 Accent 5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tednmka1zvraznn6">
    <w:name w:val="Medium Grid 1 Accent 6"/>
    <w:basedOn w:val="Normlntabulka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Stednmka2">
    <w:name w:val="Medium Grid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1">
    <w:name w:val="Medium Grid 2 Accent 1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2">
    <w:name w:val="Medium Grid 2 Accent 2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3">
    <w:name w:val="Medium Grid 2 Accent 3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4">
    <w:name w:val="Medium Grid 2 Accent 4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5">
    <w:name w:val="Medium Grid 2 Accent 5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2zvraznn6">
    <w:name w:val="Medium Grid 2 Accent 6"/>
    <w:basedOn w:val="Normlntabulka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mka3">
    <w:name w:val="Medium Grid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Stednmka3zvraznn1">
    <w:name w:val="Medium Grid 3 Accent 1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Stednmka3zvraznn2">
    <w:name w:val="Medium Grid 3 Accent 2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Stednmka3zvraznn3">
    <w:name w:val="Medium Grid 3 Accent 3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tednmka3zvraznn4">
    <w:name w:val="Medium Grid 3 Accent 4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Stednmka3zvraznn5">
    <w:name w:val="Medium Grid 3 Accent 5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Stednmka3zvraznn6">
    <w:name w:val="Medium Grid 3 Accent 6"/>
    <w:basedOn w:val="Normlntabulka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mavseznam">
    <w:name w:val="Dark List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mavseznamzvraznn1">
    <w:name w:val="Dark List Accent 1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mavseznamzvraznn2">
    <w:name w:val="Dark List Accent 2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mavseznamzvraznn3">
    <w:name w:val="Dark List Accent 3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mavseznamzvraznn4">
    <w:name w:val="Dark List Accent 4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mavseznamzvraznn5">
    <w:name w:val="Dark List Accent 5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mavseznamzvraznn6">
    <w:name w:val="Dark List Accent 6"/>
    <w:basedOn w:val="Normlntabulka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Barevnstnovn">
    <w:name w:val="Colorful Shading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1">
    <w:name w:val="Colorful Shading Accent 1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2">
    <w:name w:val="Colorful Shading Accent 2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3">
    <w:name w:val="Colorful Shading Accent 3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stnovnzvraznn4">
    <w:name w:val="Colorful Shading Accent 4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5">
    <w:name w:val="Colorful Shading Accent 5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tnovnzvraznn6">
    <w:name w:val="Colorful Shading Accent 6"/>
    <w:basedOn w:val="Normlntabulka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Barevnseznam">
    <w:name w:val="Colorful List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Barevnseznamzvraznn1">
    <w:name w:val="Colorful List Accent 1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Barevnseznamzvraznn2">
    <w:name w:val="Colorful List Accent 2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Barevnseznamzvraznn3">
    <w:name w:val="Colorful List Accent 3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Barevnseznamzvraznn4">
    <w:name w:val="Colorful List Accent 4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Barevnseznamzvraznn5">
    <w:name w:val="Colorful List Accent 5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Barevnseznamzvraznn6">
    <w:name w:val="Colorful List Accent 6"/>
    <w:basedOn w:val="Normlntabulka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Barevnmka">
    <w:name w:val="Colorful Grid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Barevnmkazvraznn1">
    <w:name w:val="Colorful Grid Accent 1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Barevnmkazvraznn2">
    <w:name w:val="Colorful Grid Accent 2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Barevnmkazvraznn3">
    <w:name w:val="Colorful Grid Accent 3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Barevnmkazvraznn4">
    <w:name w:val="Colorful Grid Accent 4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Barevnmkazvraznn5">
    <w:name w:val="Colorful Grid Accent 5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Barevnmkazvraznn6">
    <w:name w:val="Colorful Grid Accent 6"/>
    <w:basedOn w:val="Normlntabulka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Tadeusz Szerynski</cp:lastModifiedBy>
  <cp:revision>4</cp:revision>
  <dcterms:created xsi:type="dcterms:W3CDTF">2026-03-20T09:51:00Z</dcterms:created>
  <dcterms:modified xsi:type="dcterms:W3CDTF">2026-03-20T10:09:00Z</dcterms:modified>
  <cp:category/>
</cp:coreProperties>
</file>