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E6B554" w14:textId="77777777" w:rsidR="0090405E" w:rsidRDefault="00000000">
      <w:r>
        <w:rPr>
          <w:b/>
        </w:rPr>
        <w:t>Put the verbs in brackets into the correct form. Use the present simple.</w:t>
      </w:r>
    </w:p>
    <w:p w14:paraId="08C7132A" w14:textId="1276A166" w:rsidR="0090405E" w:rsidRDefault="00000000">
      <w:r>
        <w:t>1)</w:t>
      </w:r>
      <w:r>
        <w:tab/>
      </w:r>
      <w:r w:rsidR="0096425F">
        <w:t>______</w:t>
      </w:r>
      <w:r>
        <w:t xml:space="preserve"> she _</w:t>
      </w:r>
      <w:r w:rsidR="002738CD">
        <w:t>______________</w:t>
      </w:r>
      <w:r>
        <w:t>__ (visit) her grandparents?</w:t>
      </w:r>
    </w:p>
    <w:p w14:paraId="5836D5D9" w14:textId="04BEA92D" w:rsidR="0090405E" w:rsidRDefault="00000000">
      <w:r>
        <w:t>2)</w:t>
      </w:r>
      <w:r>
        <w:tab/>
        <w:t xml:space="preserve">He </w:t>
      </w:r>
      <w:r w:rsidR="0096425F">
        <w:t xml:space="preserve">_________________ </w:t>
      </w:r>
      <w:r>
        <w:t>(work) in a hospital.</w:t>
      </w:r>
    </w:p>
    <w:p w14:paraId="4AB6CA63" w14:textId="2FD6FBC8" w:rsidR="0090405E" w:rsidRDefault="00000000">
      <w:r>
        <w:t>3)</w:t>
      </w:r>
      <w:r>
        <w:tab/>
        <w:t xml:space="preserve">I </w:t>
      </w:r>
      <w:r w:rsidR="0096425F">
        <w:t xml:space="preserve">_________________ </w:t>
      </w:r>
      <w:r>
        <w:t>(not like) cold weather.</w:t>
      </w:r>
    </w:p>
    <w:p w14:paraId="617F08A9" w14:textId="2F151CC7" w:rsidR="0090405E" w:rsidRDefault="00000000">
      <w:r>
        <w:t>4)</w:t>
      </w:r>
      <w:r>
        <w:tab/>
      </w:r>
      <w:r w:rsidR="0096425F">
        <w:t xml:space="preserve">______ </w:t>
      </w:r>
      <w:r>
        <w:t xml:space="preserve">they </w:t>
      </w:r>
      <w:r w:rsidR="0096425F">
        <w:t xml:space="preserve">_________________ </w:t>
      </w:r>
      <w:r>
        <w:t>(travel) abroad every year?</w:t>
      </w:r>
    </w:p>
    <w:p w14:paraId="617C2D49" w14:textId="74D1440F" w:rsidR="0090405E" w:rsidRDefault="00000000">
      <w:r>
        <w:t>5)</w:t>
      </w:r>
      <w:r>
        <w:tab/>
        <w:t xml:space="preserve">She </w:t>
      </w:r>
      <w:r w:rsidR="0096425F">
        <w:t xml:space="preserve">_________________ </w:t>
      </w:r>
      <w:r>
        <w:t>(read) a lot of books.</w:t>
      </w:r>
    </w:p>
    <w:p w14:paraId="73E226F4" w14:textId="1AA2B7B5" w:rsidR="0090405E" w:rsidRDefault="00000000">
      <w:r>
        <w:t>6)</w:t>
      </w:r>
      <w:r>
        <w:tab/>
        <w:t xml:space="preserve">He </w:t>
      </w:r>
      <w:r w:rsidR="0096425F">
        <w:t xml:space="preserve">_________________ </w:t>
      </w:r>
      <w:r>
        <w:t>(not tell) lies.</w:t>
      </w:r>
    </w:p>
    <w:p w14:paraId="45FD4BE3" w14:textId="51CF622F" w:rsidR="0090405E" w:rsidRDefault="00000000">
      <w:r>
        <w:t>7)</w:t>
      </w:r>
      <w:r>
        <w:tab/>
      </w:r>
      <w:r w:rsidR="0096425F">
        <w:t xml:space="preserve">______ </w:t>
      </w:r>
      <w:r>
        <w:t xml:space="preserve">you </w:t>
      </w:r>
      <w:r w:rsidR="0096425F">
        <w:t xml:space="preserve">_________________ </w:t>
      </w:r>
      <w:r>
        <w:t>(know) this place?</w:t>
      </w:r>
    </w:p>
    <w:p w14:paraId="21551703" w14:textId="0518E7DD" w:rsidR="0090405E" w:rsidRDefault="00000000">
      <w:r>
        <w:t>8)</w:t>
      </w:r>
      <w:r>
        <w:tab/>
        <w:t xml:space="preserve">They </w:t>
      </w:r>
      <w:r w:rsidR="0096425F">
        <w:t xml:space="preserve">_________________ </w:t>
      </w:r>
      <w:r>
        <w:t>(live) in a small village.</w:t>
      </w:r>
    </w:p>
    <w:p w14:paraId="586095DF" w14:textId="3E80CE7B" w:rsidR="0090405E" w:rsidRDefault="00000000">
      <w:r>
        <w:t>9)</w:t>
      </w:r>
      <w:r>
        <w:tab/>
      </w:r>
      <w:r w:rsidR="0096425F">
        <w:t xml:space="preserve">______ </w:t>
      </w:r>
      <w:r>
        <w:t xml:space="preserve">he </w:t>
      </w:r>
      <w:r w:rsidR="0096425F">
        <w:t xml:space="preserve">_________________ </w:t>
      </w:r>
      <w:r>
        <w:t>(go) to the gym regularly?</w:t>
      </w:r>
    </w:p>
    <w:p w14:paraId="0C62664E" w14:textId="59CDBE96" w:rsidR="0090405E" w:rsidRDefault="00000000">
      <w:r>
        <w:t>10)</w:t>
      </w:r>
      <w:r>
        <w:tab/>
        <w:t xml:space="preserve">She </w:t>
      </w:r>
      <w:r w:rsidR="0096425F">
        <w:t xml:space="preserve">_________________ </w:t>
      </w:r>
      <w:r>
        <w:t>(not write) emails very often.</w:t>
      </w:r>
    </w:p>
    <w:p w14:paraId="43385EEB" w14:textId="77777777" w:rsidR="00406720" w:rsidRDefault="00406720"/>
    <w:p w14:paraId="726433A1" w14:textId="77777777" w:rsidR="00406720" w:rsidRDefault="00406720"/>
    <w:p w14:paraId="26487251" w14:textId="77777777" w:rsidR="00406720" w:rsidRDefault="00406720"/>
    <w:p w14:paraId="18CB0C14" w14:textId="77777777" w:rsidR="00406720" w:rsidRDefault="00406720" w:rsidP="00406720">
      <w:r>
        <w:rPr>
          <w:b/>
        </w:rPr>
        <w:t>Put the verbs in brackets into the correct form. Use the present simple.</w:t>
      </w:r>
    </w:p>
    <w:p w14:paraId="409B0DFE" w14:textId="77777777" w:rsidR="00406720" w:rsidRDefault="00406720" w:rsidP="00406720">
      <w:r>
        <w:t>1)</w:t>
      </w:r>
      <w:r>
        <w:tab/>
        <w:t>______ she _________________ (visit) her grandparents?</w:t>
      </w:r>
    </w:p>
    <w:p w14:paraId="1774A1FE" w14:textId="77777777" w:rsidR="00406720" w:rsidRDefault="00406720" w:rsidP="00406720">
      <w:r>
        <w:t>2)</w:t>
      </w:r>
      <w:r>
        <w:tab/>
        <w:t>He _________________ (work) in a hospital.</w:t>
      </w:r>
    </w:p>
    <w:p w14:paraId="70774325" w14:textId="77777777" w:rsidR="00406720" w:rsidRDefault="00406720" w:rsidP="00406720">
      <w:r>
        <w:t>3)</w:t>
      </w:r>
      <w:r>
        <w:tab/>
        <w:t>I _________________ (not like) cold weather.</w:t>
      </w:r>
    </w:p>
    <w:p w14:paraId="2A57D349" w14:textId="77777777" w:rsidR="00406720" w:rsidRDefault="00406720" w:rsidP="00406720">
      <w:r>
        <w:t>4)</w:t>
      </w:r>
      <w:r>
        <w:tab/>
        <w:t>______ they _________________ (travel) abroad every year?</w:t>
      </w:r>
    </w:p>
    <w:p w14:paraId="06516047" w14:textId="77777777" w:rsidR="00406720" w:rsidRDefault="00406720" w:rsidP="00406720">
      <w:r>
        <w:t>5)</w:t>
      </w:r>
      <w:r>
        <w:tab/>
        <w:t>She _________________ (read) a lot of books.</w:t>
      </w:r>
    </w:p>
    <w:p w14:paraId="7AE74594" w14:textId="77777777" w:rsidR="00406720" w:rsidRDefault="00406720" w:rsidP="00406720">
      <w:r>
        <w:t>6)</w:t>
      </w:r>
      <w:r>
        <w:tab/>
        <w:t>He _________________ (not tell) lies.</w:t>
      </w:r>
    </w:p>
    <w:p w14:paraId="15652B0A" w14:textId="77777777" w:rsidR="00406720" w:rsidRDefault="00406720" w:rsidP="00406720">
      <w:r>
        <w:t>7)</w:t>
      </w:r>
      <w:r>
        <w:tab/>
        <w:t>______ you _________________ (know) this place?</w:t>
      </w:r>
    </w:p>
    <w:p w14:paraId="6530E43D" w14:textId="77777777" w:rsidR="00406720" w:rsidRDefault="00406720" w:rsidP="00406720">
      <w:r>
        <w:t>8)</w:t>
      </w:r>
      <w:r>
        <w:tab/>
        <w:t>They _________________ (live) in a small village.</w:t>
      </w:r>
    </w:p>
    <w:p w14:paraId="1FB0EE8D" w14:textId="77777777" w:rsidR="00406720" w:rsidRDefault="00406720" w:rsidP="00406720">
      <w:r>
        <w:t>9)</w:t>
      </w:r>
      <w:r>
        <w:tab/>
        <w:t>______ he _________________ (go) to the gym regularly?</w:t>
      </w:r>
    </w:p>
    <w:p w14:paraId="3C580BD7" w14:textId="091DAB37" w:rsidR="00406720" w:rsidRDefault="00406720">
      <w:r>
        <w:t>10)</w:t>
      </w:r>
      <w:r>
        <w:tab/>
        <w:t>She _________________ (not write) emails very often.</w:t>
      </w:r>
    </w:p>
    <w:sectPr w:rsidR="00406720" w:rsidSect="00034616">
      <w:pgSz w:w="12240" w:h="15840"/>
      <w:pgMar w:top="425" w:right="425" w:bottom="425" w:left="425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slovanseznam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slovanseznam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Seznamsodrkami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Seznamsodrkami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slovanseznam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Seznamsodrkami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768580337">
    <w:abstractNumId w:val="8"/>
  </w:num>
  <w:num w:numId="2" w16cid:durableId="1956405341">
    <w:abstractNumId w:val="6"/>
  </w:num>
  <w:num w:numId="3" w16cid:durableId="922563453">
    <w:abstractNumId w:val="5"/>
  </w:num>
  <w:num w:numId="4" w16cid:durableId="781456967">
    <w:abstractNumId w:val="4"/>
  </w:num>
  <w:num w:numId="5" w16cid:durableId="1771702028">
    <w:abstractNumId w:val="7"/>
  </w:num>
  <w:num w:numId="6" w16cid:durableId="497230960">
    <w:abstractNumId w:val="3"/>
  </w:num>
  <w:num w:numId="7" w16cid:durableId="614673524">
    <w:abstractNumId w:val="2"/>
  </w:num>
  <w:num w:numId="8" w16cid:durableId="70204594">
    <w:abstractNumId w:val="1"/>
  </w:num>
  <w:num w:numId="9" w16cid:durableId="9364071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proofState w:spelling="clean"/>
  <w:defaultTabStop w:val="720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0B6B6A"/>
    <w:rsid w:val="0015074B"/>
    <w:rsid w:val="002738CD"/>
    <w:rsid w:val="0029639D"/>
    <w:rsid w:val="00326F90"/>
    <w:rsid w:val="00406720"/>
    <w:rsid w:val="0090405E"/>
    <w:rsid w:val="0096425F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3A937E4"/>
  <w14:defaultImageDpi w14:val="300"/>
  <w15:docId w15:val="{E357391F-B598-4BDC-A0E4-81CED59893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FC693F"/>
    <w:rPr>
      <w:rFonts w:ascii="Calibri" w:hAnsi="Calibri"/>
      <w:sz w:val="28"/>
    </w:rPr>
  </w:style>
  <w:style w:type="paragraph" w:styleId="Nadpis1">
    <w:name w:val="heading 1"/>
    <w:basedOn w:val="Normln"/>
    <w:next w:val="Normln"/>
    <w:link w:val="Nadpis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Cs w:val="28"/>
    </w:rPr>
  </w:style>
  <w:style w:type="paragraph" w:styleId="Nadpis2">
    <w:name w:val="heading 2"/>
    <w:basedOn w:val="Normln"/>
    <w:next w:val="Normln"/>
    <w:link w:val="Nadpis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dpis3">
    <w:name w:val="heading 3"/>
    <w:basedOn w:val="Normln"/>
    <w:next w:val="Normln"/>
    <w:link w:val="Nadpis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E618BF"/>
  </w:style>
  <w:style w:type="paragraph" w:styleId="Zpat">
    <w:name w:val="footer"/>
    <w:basedOn w:val="Normln"/>
    <w:link w:val="Zpat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E618BF"/>
  </w:style>
  <w:style w:type="paragraph" w:styleId="Bezmezer">
    <w:name w:val="No Spacing"/>
    <w:uiPriority w:val="1"/>
    <w:qFormat/>
    <w:rsid w:val="00FC693F"/>
    <w:pPr>
      <w:spacing w:after="0" w:line="240" w:lineRule="auto"/>
    </w:pPr>
  </w:style>
  <w:style w:type="character" w:customStyle="1" w:styleId="Nadpis1Char">
    <w:name w:val="Nadpis 1 Char"/>
    <w:basedOn w:val="Standardnpsmoodstavce"/>
    <w:link w:val="Nadpis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Nadpis2Char">
    <w:name w:val="Nadpis 2 Char"/>
    <w:basedOn w:val="Standardnpsmoodstavce"/>
    <w:link w:val="Nadpis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Nadpis3Char">
    <w:name w:val="Nadpis 3 Char"/>
    <w:basedOn w:val="Standardnpsmoodstavce"/>
    <w:link w:val="Nadpis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zev">
    <w:name w:val="Title"/>
    <w:basedOn w:val="Normln"/>
    <w:next w:val="Normln"/>
    <w:link w:val="Nzev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NzevChar">
    <w:name w:val="Název Char"/>
    <w:basedOn w:val="Standardnpsmoodstavce"/>
    <w:link w:val="Nzev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PodnadpisChar">
    <w:name w:val="Podnadpis Char"/>
    <w:basedOn w:val="Standardnpsmoodstavce"/>
    <w:link w:val="Podnadpis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Odstavecseseznamem">
    <w:name w:val="List Paragraph"/>
    <w:basedOn w:val="Normln"/>
    <w:uiPriority w:val="34"/>
    <w:qFormat/>
    <w:rsid w:val="00FC693F"/>
    <w:pPr>
      <w:ind w:left="720"/>
      <w:contextualSpacing/>
    </w:pPr>
  </w:style>
  <w:style w:type="paragraph" w:styleId="Zkladntext">
    <w:name w:val="Body Text"/>
    <w:basedOn w:val="Normln"/>
    <w:link w:val="ZkladntextChar"/>
    <w:uiPriority w:val="99"/>
    <w:unhideWhenUsed/>
    <w:rsid w:val="00AA1D8D"/>
    <w:pPr>
      <w:spacing w:after="120"/>
    </w:pPr>
  </w:style>
  <w:style w:type="character" w:customStyle="1" w:styleId="ZkladntextChar">
    <w:name w:val="Základní text Char"/>
    <w:basedOn w:val="Standardnpsmoodstavce"/>
    <w:link w:val="Zkladntext"/>
    <w:uiPriority w:val="99"/>
    <w:rsid w:val="00AA1D8D"/>
  </w:style>
  <w:style w:type="paragraph" w:styleId="Zkladntext2">
    <w:name w:val="Body Text 2"/>
    <w:basedOn w:val="Normln"/>
    <w:link w:val="Zkladntext2Char"/>
    <w:uiPriority w:val="99"/>
    <w:unhideWhenUsed/>
    <w:rsid w:val="00AA1D8D"/>
    <w:pPr>
      <w:spacing w:after="120" w:line="480" w:lineRule="auto"/>
    </w:pPr>
  </w:style>
  <w:style w:type="character" w:customStyle="1" w:styleId="Zkladntext2Char">
    <w:name w:val="Základní text 2 Char"/>
    <w:basedOn w:val="Standardnpsmoodstavce"/>
    <w:link w:val="Zkladntext2"/>
    <w:uiPriority w:val="99"/>
    <w:rsid w:val="00AA1D8D"/>
  </w:style>
  <w:style w:type="paragraph" w:styleId="Zkladntext3">
    <w:name w:val="Body Text 3"/>
    <w:basedOn w:val="Normln"/>
    <w:link w:val="Zkladn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Zkladntext3Char">
    <w:name w:val="Základní text 3 Char"/>
    <w:basedOn w:val="Standardnpsmoodstavce"/>
    <w:link w:val="Zkladntext3"/>
    <w:uiPriority w:val="99"/>
    <w:rsid w:val="00AA1D8D"/>
    <w:rPr>
      <w:sz w:val="16"/>
      <w:szCs w:val="16"/>
    </w:rPr>
  </w:style>
  <w:style w:type="paragraph" w:styleId="Seznam">
    <w:name w:val="List"/>
    <w:basedOn w:val="Normln"/>
    <w:uiPriority w:val="99"/>
    <w:unhideWhenUsed/>
    <w:rsid w:val="00AA1D8D"/>
    <w:pPr>
      <w:ind w:left="360" w:hanging="360"/>
      <w:contextualSpacing/>
    </w:pPr>
  </w:style>
  <w:style w:type="paragraph" w:styleId="Seznam2">
    <w:name w:val="List 2"/>
    <w:basedOn w:val="Normln"/>
    <w:uiPriority w:val="99"/>
    <w:unhideWhenUsed/>
    <w:rsid w:val="00326F90"/>
    <w:pPr>
      <w:ind w:left="720" w:hanging="360"/>
      <w:contextualSpacing/>
    </w:pPr>
  </w:style>
  <w:style w:type="paragraph" w:styleId="Seznam3">
    <w:name w:val="List 3"/>
    <w:basedOn w:val="Normln"/>
    <w:uiPriority w:val="99"/>
    <w:unhideWhenUsed/>
    <w:rsid w:val="00326F90"/>
    <w:pPr>
      <w:ind w:left="1080" w:hanging="360"/>
      <w:contextualSpacing/>
    </w:pPr>
  </w:style>
  <w:style w:type="paragraph" w:styleId="Seznamsodrkami">
    <w:name w:val="List Bullet"/>
    <w:basedOn w:val="Normln"/>
    <w:uiPriority w:val="99"/>
    <w:unhideWhenUsed/>
    <w:rsid w:val="00326F90"/>
    <w:pPr>
      <w:numPr>
        <w:numId w:val="1"/>
      </w:numPr>
      <w:contextualSpacing/>
    </w:pPr>
  </w:style>
  <w:style w:type="paragraph" w:styleId="Seznamsodrkami2">
    <w:name w:val="List Bullet 2"/>
    <w:basedOn w:val="Normln"/>
    <w:uiPriority w:val="99"/>
    <w:unhideWhenUsed/>
    <w:rsid w:val="00326F90"/>
    <w:pPr>
      <w:numPr>
        <w:numId w:val="2"/>
      </w:numPr>
      <w:contextualSpacing/>
    </w:pPr>
  </w:style>
  <w:style w:type="paragraph" w:styleId="Seznamsodrkami3">
    <w:name w:val="List Bullet 3"/>
    <w:basedOn w:val="Normln"/>
    <w:uiPriority w:val="99"/>
    <w:unhideWhenUsed/>
    <w:rsid w:val="00326F90"/>
    <w:pPr>
      <w:numPr>
        <w:numId w:val="3"/>
      </w:numPr>
      <w:contextualSpacing/>
    </w:pPr>
  </w:style>
  <w:style w:type="paragraph" w:styleId="slovanseznam">
    <w:name w:val="List Number"/>
    <w:basedOn w:val="Normln"/>
    <w:uiPriority w:val="99"/>
    <w:unhideWhenUsed/>
    <w:rsid w:val="00326F90"/>
    <w:pPr>
      <w:numPr>
        <w:numId w:val="5"/>
      </w:numPr>
      <w:contextualSpacing/>
    </w:pPr>
  </w:style>
  <w:style w:type="paragraph" w:styleId="slovanseznam2">
    <w:name w:val="List Number 2"/>
    <w:basedOn w:val="Normln"/>
    <w:uiPriority w:val="99"/>
    <w:unhideWhenUsed/>
    <w:rsid w:val="0029639D"/>
    <w:pPr>
      <w:numPr>
        <w:numId w:val="6"/>
      </w:numPr>
      <w:contextualSpacing/>
    </w:pPr>
  </w:style>
  <w:style w:type="paragraph" w:styleId="slovanseznam3">
    <w:name w:val="List Number 3"/>
    <w:basedOn w:val="Normln"/>
    <w:uiPriority w:val="99"/>
    <w:unhideWhenUsed/>
    <w:rsid w:val="0029639D"/>
    <w:pPr>
      <w:numPr>
        <w:numId w:val="7"/>
      </w:numPr>
      <w:contextualSpacing/>
    </w:pPr>
  </w:style>
  <w:style w:type="paragraph" w:styleId="Pokraovnseznamu">
    <w:name w:val="List Continue"/>
    <w:basedOn w:val="Normln"/>
    <w:uiPriority w:val="99"/>
    <w:unhideWhenUsed/>
    <w:rsid w:val="0029639D"/>
    <w:pPr>
      <w:spacing w:after="120"/>
      <w:ind w:left="360"/>
      <w:contextualSpacing/>
    </w:pPr>
  </w:style>
  <w:style w:type="paragraph" w:styleId="Pokraovnseznamu2">
    <w:name w:val="List Continue 2"/>
    <w:basedOn w:val="Normln"/>
    <w:uiPriority w:val="99"/>
    <w:unhideWhenUsed/>
    <w:rsid w:val="0029639D"/>
    <w:pPr>
      <w:spacing w:after="120"/>
      <w:ind w:left="720"/>
      <w:contextualSpacing/>
    </w:pPr>
  </w:style>
  <w:style w:type="paragraph" w:styleId="Pokraovnseznamu3">
    <w:name w:val="List Continue 3"/>
    <w:basedOn w:val="Normln"/>
    <w:uiPriority w:val="99"/>
    <w:unhideWhenUsed/>
    <w:rsid w:val="0029639D"/>
    <w:pPr>
      <w:spacing w:after="120"/>
      <w:ind w:left="1080"/>
      <w:contextualSpacing/>
    </w:pPr>
  </w:style>
  <w:style w:type="paragraph" w:styleId="Textmakra">
    <w:name w:val="macro"/>
    <w:link w:val="Textmakra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makraChar">
    <w:name w:val="Text makra Char"/>
    <w:basedOn w:val="Standardnpsmoodstavce"/>
    <w:link w:val="Textmakra"/>
    <w:uiPriority w:val="99"/>
    <w:rsid w:val="0029639D"/>
    <w:rPr>
      <w:rFonts w:ascii="Courier" w:hAnsi="Courier"/>
      <w:sz w:val="20"/>
      <w:szCs w:val="20"/>
    </w:rPr>
  </w:style>
  <w:style w:type="paragraph" w:styleId="Citt">
    <w:name w:val="Quote"/>
    <w:basedOn w:val="Normln"/>
    <w:next w:val="Normln"/>
    <w:link w:val="CittChar"/>
    <w:uiPriority w:val="29"/>
    <w:qFormat/>
    <w:rsid w:val="00FC693F"/>
    <w:rPr>
      <w:i/>
      <w:iCs/>
      <w:color w:val="000000" w:themeColor="text1"/>
    </w:rPr>
  </w:style>
  <w:style w:type="character" w:customStyle="1" w:styleId="CittChar">
    <w:name w:val="Citát Char"/>
    <w:basedOn w:val="Standardnpsmoodstavce"/>
    <w:link w:val="Citt"/>
    <w:uiPriority w:val="29"/>
    <w:rsid w:val="00FC693F"/>
    <w:rPr>
      <w:i/>
      <w:iCs/>
      <w:color w:val="000000" w:themeColor="text1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Titulek">
    <w:name w:val="caption"/>
    <w:basedOn w:val="Normln"/>
    <w:next w:val="Normln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iln">
    <w:name w:val="Strong"/>
    <w:basedOn w:val="Standardnpsmoodstavce"/>
    <w:uiPriority w:val="22"/>
    <w:qFormat/>
    <w:rsid w:val="00FC693F"/>
    <w:rPr>
      <w:b/>
      <w:bCs/>
    </w:rPr>
  </w:style>
  <w:style w:type="character" w:styleId="Zdraznn">
    <w:name w:val="Emphasis"/>
    <w:basedOn w:val="Standardnpsmoodstavce"/>
    <w:uiPriority w:val="20"/>
    <w:qFormat/>
    <w:rsid w:val="00FC693F"/>
    <w:rPr>
      <w:i/>
      <w:iCs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FC693F"/>
    <w:rPr>
      <w:b/>
      <w:bCs/>
      <w:i/>
      <w:iCs/>
      <w:color w:val="4F81BD" w:themeColor="accent1"/>
    </w:rPr>
  </w:style>
  <w:style w:type="character" w:styleId="Zdraznnjemn">
    <w:name w:val="Subtle Emphasis"/>
    <w:basedOn w:val="Standardnpsmoodstavce"/>
    <w:uiPriority w:val="19"/>
    <w:qFormat/>
    <w:rsid w:val="00FC693F"/>
    <w:rPr>
      <w:i/>
      <w:iCs/>
      <w:color w:val="808080" w:themeColor="text1" w:themeTint="7F"/>
    </w:rPr>
  </w:style>
  <w:style w:type="character" w:styleId="Zdraznnintenzivn">
    <w:name w:val="Intense Emphasis"/>
    <w:basedOn w:val="Standardnpsmoodstavce"/>
    <w:uiPriority w:val="21"/>
    <w:qFormat/>
    <w:rsid w:val="00FC693F"/>
    <w:rPr>
      <w:b/>
      <w:bCs/>
      <w:i/>
      <w:iCs/>
      <w:color w:val="4F81BD" w:themeColor="accent1"/>
    </w:rPr>
  </w:style>
  <w:style w:type="character" w:styleId="Odkazjemn">
    <w:name w:val="Subtle Reference"/>
    <w:basedOn w:val="Standardnpsmoodstavce"/>
    <w:uiPriority w:val="31"/>
    <w:qFormat/>
    <w:rsid w:val="00FC693F"/>
    <w:rPr>
      <w:smallCaps/>
      <w:color w:val="C0504D" w:themeColor="accent2"/>
      <w:u w:val="single"/>
    </w:rPr>
  </w:style>
  <w:style w:type="character" w:styleId="Odkazintenzivn">
    <w:name w:val="Intense Reference"/>
    <w:basedOn w:val="Standardnpsmoodstavce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Nzevknihy">
    <w:name w:val="Book Title"/>
    <w:basedOn w:val="Standardnpsmoodstavce"/>
    <w:uiPriority w:val="33"/>
    <w:qFormat/>
    <w:rsid w:val="00FC693F"/>
    <w:rPr>
      <w:b/>
      <w:bCs/>
      <w:smallCaps/>
      <w:spacing w:val="5"/>
    </w:rPr>
  </w:style>
  <w:style w:type="paragraph" w:styleId="Nadpisobsahu">
    <w:name w:val="TOC Heading"/>
    <w:basedOn w:val="Nadpis1"/>
    <w:next w:val="Normln"/>
    <w:uiPriority w:val="39"/>
    <w:semiHidden/>
    <w:unhideWhenUsed/>
    <w:qFormat/>
    <w:rsid w:val="00FC693F"/>
    <w:pPr>
      <w:outlineLvl w:val="9"/>
    </w:pPr>
  </w:style>
  <w:style w:type="table" w:styleId="Mkatabulky">
    <w:name w:val="Table Grid"/>
    <w:basedOn w:val="Normlntabulka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vtlstnovn">
    <w:name w:val="Light Shading"/>
    <w:basedOn w:val="Normlntabulka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vtlstnovnzvraznn1">
    <w:name w:val="Light Shading Accent 1"/>
    <w:basedOn w:val="Normlntabulka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vtlstnovnzvraznn2">
    <w:name w:val="Light Shading Accent 2"/>
    <w:basedOn w:val="Normlntabulka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vtlstnovnzvraznn3">
    <w:name w:val="Light Shading Accent 3"/>
    <w:basedOn w:val="Normlntabulka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vtlstnovnzvraznn4">
    <w:name w:val="Light Shading Accent 4"/>
    <w:basedOn w:val="Normlntabulka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vtlstnovnzvraznn5">
    <w:name w:val="Light Shading Accent 5"/>
    <w:basedOn w:val="Normlntabulka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vtlstnovnzvraznn6">
    <w:name w:val="Light Shading Accent 6"/>
    <w:basedOn w:val="Normlntabulka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Svtlseznam">
    <w:name w:val="Light List"/>
    <w:basedOn w:val="Normlntabulka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Svtlseznamzvraznn1">
    <w:name w:val="Light List Accent 1"/>
    <w:basedOn w:val="Normlntabulka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Svtlseznamzvraznn2">
    <w:name w:val="Light List Accent 2"/>
    <w:basedOn w:val="Normlntabulka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Svtlseznamzvraznn3">
    <w:name w:val="Light List Accent 3"/>
    <w:basedOn w:val="Normlntabulka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Svtlseznamzvraznn4">
    <w:name w:val="Light List Accent 4"/>
    <w:basedOn w:val="Normlntabulka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Svtlseznamzvraznn5">
    <w:name w:val="Light List Accent 5"/>
    <w:basedOn w:val="Normlntabulka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Svtlseznamzvraznn6">
    <w:name w:val="Light List Accent 6"/>
    <w:basedOn w:val="Normlntabulka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Svtlmka">
    <w:name w:val="Light Grid"/>
    <w:basedOn w:val="Normlntabul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Svtlmkazvraznn1">
    <w:name w:val="Light Grid Accent 1"/>
    <w:basedOn w:val="Normlntabul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Svtlmkazvraznn2">
    <w:name w:val="Light Grid Accent 2"/>
    <w:basedOn w:val="Normlntabul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Svtlmkazvraznn3">
    <w:name w:val="Light Grid Accent 3"/>
    <w:basedOn w:val="Normlntabul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Svtlmkazvraznn4">
    <w:name w:val="Light Grid Accent 4"/>
    <w:basedOn w:val="Normlntabul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Svtlmkazvraznn5">
    <w:name w:val="Light Grid Accent 5"/>
    <w:basedOn w:val="Normlntabul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Svtlmkazvraznn6">
    <w:name w:val="Light Grid Accent 6"/>
    <w:basedOn w:val="Normlntabul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tednstnovn1">
    <w:name w:val="Medium Shading 1"/>
    <w:basedOn w:val="Normlntabul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ednstnovn1zvraznn1">
    <w:name w:val="Medium Shading 1 Accent 1"/>
    <w:basedOn w:val="Normlntabul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ednstnovn1zvraznn2">
    <w:name w:val="Medium Shading 1 Accent 2"/>
    <w:basedOn w:val="Normlntabul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ednstnovn1zvraznn3">
    <w:name w:val="Medium Shading 1 Accent 3"/>
    <w:basedOn w:val="Normlntabul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ednstnovn1zvraznn4">
    <w:name w:val="Medium Shading 1 Accent 4"/>
    <w:basedOn w:val="Normlntabul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ednstnovn1zvraznn5">
    <w:name w:val="Medium Shading 1 Accent 5"/>
    <w:basedOn w:val="Normlntabul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ednstnovn1zvraznn6">
    <w:name w:val="Medium Shading 1 Accent 6"/>
    <w:basedOn w:val="Normlntabul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ednstnovn2">
    <w:name w:val="Medium Shading 2"/>
    <w:basedOn w:val="Normlntabul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ednstnovn2zvraznn1">
    <w:name w:val="Medium Shading 2 Accent 1"/>
    <w:basedOn w:val="Normlntabul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ednstnovn2zvraznn2">
    <w:name w:val="Medium Shading 2 Accent 2"/>
    <w:basedOn w:val="Normlntabul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ednstnovn2zvraznn3">
    <w:name w:val="Medium Shading 2 Accent 3"/>
    <w:basedOn w:val="Normlntabul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ednstnovn2zvraznn4">
    <w:name w:val="Medium Shading 2 Accent 4"/>
    <w:basedOn w:val="Normlntabul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ednstnovn2zvraznn5">
    <w:name w:val="Medium Shading 2 Accent 5"/>
    <w:basedOn w:val="Normlntabul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ednstnovn2zvraznn6">
    <w:name w:val="Medium Shading 2 Accent 6"/>
    <w:basedOn w:val="Normlntabul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ednseznam1">
    <w:name w:val="Medium List 1"/>
    <w:basedOn w:val="Normlntabul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Stednseznam1zvraznn1">
    <w:name w:val="Medium List 1 Accent 1"/>
    <w:basedOn w:val="Normlntabul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Stednseznam1zvraznn2">
    <w:name w:val="Medium List 1 Accent 2"/>
    <w:basedOn w:val="Normlntabul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Stednseznam1zvraznn3">
    <w:name w:val="Medium List 1 Accent 3"/>
    <w:basedOn w:val="Normlntabul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Stednseznam1zvraznn4">
    <w:name w:val="Medium List 1 Accent 4"/>
    <w:basedOn w:val="Normlntabul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Stednseznam1zvraznn5">
    <w:name w:val="Medium List 1 Accent 5"/>
    <w:basedOn w:val="Normlntabul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Stednseznam1zvraznn6">
    <w:name w:val="Medium List 1 Accent 6"/>
    <w:basedOn w:val="Normlntabul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Stednseznam2">
    <w:name w:val="Medium List 2"/>
    <w:basedOn w:val="Normlntabul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ednseznam2zvraznn1">
    <w:name w:val="Medium List 2 Accent 1"/>
    <w:basedOn w:val="Normlntabul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ednseznam2zvraznn2">
    <w:name w:val="Medium List 2 Accent 2"/>
    <w:basedOn w:val="Normlntabul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ednseznam2zvraznn3">
    <w:name w:val="Medium List 2 Accent 3"/>
    <w:basedOn w:val="Normlntabul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ednseznam2zvraznn4">
    <w:name w:val="Medium List 2 Accent 4"/>
    <w:basedOn w:val="Normlntabul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ednseznam2zvraznn5">
    <w:name w:val="Medium List 2 Accent 5"/>
    <w:basedOn w:val="Normlntabul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ednseznam2zvraznn6">
    <w:name w:val="Medium List 2 Accent 6"/>
    <w:basedOn w:val="Normlntabul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ednmka1">
    <w:name w:val="Medium Grid 1"/>
    <w:basedOn w:val="Normlntabul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Stednmka1zvraznn1">
    <w:name w:val="Medium Grid 1 Accent 1"/>
    <w:basedOn w:val="Normlntabul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Stednmka1zvraznn2">
    <w:name w:val="Medium Grid 1 Accent 2"/>
    <w:basedOn w:val="Normlntabul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Stednmka1zvraznn3">
    <w:name w:val="Medium Grid 1 Accent 3"/>
    <w:basedOn w:val="Normlntabul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tednmka1zvraznn4">
    <w:name w:val="Medium Grid 1 Accent 4"/>
    <w:basedOn w:val="Normlntabul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Stednmka1zvraznn5">
    <w:name w:val="Medium Grid 1 Accent 5"/>
    <w:basedOn w:val="Normlntabul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Stednmka1zvraznn6">
    <w:name w:val="Medium Grid 1 Accent 6"/>
    <w:basedOn w:val="Normlntabul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Stednmka2">
    <w:name w:val="Medium Grid 2"/>
    <w:basedOn w:val="Normlntabul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ednmka2zvraznn1">
    <w:name w:val="Medium Grid 2 Accent 1"/>
    <w:basedOn w:val="Normlntabul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ednmka2zvraznn2">
    <w:name w:val="Medium Grid 2 Accent 2"/>
    <w:basedOn w:val="Normlntabul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ednmka2zvraznn3">
    <w:name w:val="Medium Grid 2 Accent 3"/>
    <w:basedOn w:val="Normlntabul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ednmka2zvraznn4">
    <w:name w:val="Medium Grid 2 Accent 4"/>
    <w:basedOn w:val="Normlntabul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ednmka2zvraznn5">
    <w:name w:val="Medium Grid 2 Accent 5"/>
    <w:basedOn w:val="Normlntabul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ednmka2zvraznn6">
    <w:name w:val="Medium Grid 2 Accent 6"/>
    <w:basedOn w:val="Normlntabul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ednmka3">
    <w:name w:val="Medium Grid 3"/>
    <w:basedOn w:val="Normlntabul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Stednmka3zvraznn1">
    <w:name w:val="Medium Grid 3 Accent 1"/>
    <w:basedOn w:val="Normlntabul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Stednmka3zvraznn2">
    <w:name w:val="Medium Grid 3 Accent 2"/>
    <w:basedOn w:val="Normlntabul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Stednmka3zvraznn3">
    <w:name w:val="Medium Grid 3 Accent 3"/>
    <w:basedOn w:val="Normlntabul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Stednmka3zvraznn4">
    <w:name w:val="Medium Grid 3 Accent 4"/>
    <w:basedOn w:val="Normlntabul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Stednmka3zvraznn5">
    <w:name w:val="Medium Grid 3 Accent 5"/>
    <w:basedOn w:val="Normlntabul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Stednmka3zvraznn6">
    <w:name w:val="Medium Grid 3 Accent 6"/>
    <w:basedOn w:val="Normlntabul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Tmavseznam">
    <w:name w:val="Dark List"/>
    <w:basedOn w:val="Normlntabul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Tmavseznamzvraznn1">
    <w:name w:val="Dark List Accent 1"/>
    <w:basedOn w:val="Normlntabul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Tmavseznamzvraznn2">
    <w:name w:val="Dark List Accent 2"/>
    <w:basedOn w:val="Normlntabul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Tmavseznamzvraznn3">
    <w:name w:val="Dark List Accent 3"/>
    <w:basedOn w:val="Normlntabul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Tmavseznamzvraznn4">
    <w:name w:val="Dark List Accent 4"/>
    <w:basedOn w:val="Normlntabul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Tmavseznamzvraznn5">
    <w:name w:val="Dark List Accent 5"/>
    <w:basedOn w:val="Normlntabul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Tmavseznamzvraznn6">
    <w:name w:val="Dark List Accent 6"/>
    <w:basedOn w:val="Normlntabul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Barevnstnovn">
    <w:name w:val="Colorful Shading"/>
    <w:basedOn w:val="Normlntabul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Barevnstnovnzvraznn1">
    <w:name w:val="Colorful Shading Accent 1"/>
    <w:basedOn w:val="Normlntabul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Barevnstnovnzvraznn2">
    <w:name w:val="Colorful Shading Accent 2"/>
    <w:basedOn w:val="Normlntabul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Barevnstnovnzvraznn3">
    <w:name w:val="Colorful Shading Accent 3"/>
    <w:basedOn w:val="Normlntabul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Barevnstnovnzvraznn4">
    <w:name w:val="Colorful Shading Accent 4"/>
    <w:basedOn w:val="Normlntabul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Barevnstnovnzvraznn5">
    <w:name w:val="Colorful Shading Accent 5"/>
    <w:basedOn w:val="Normlntabul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Barevnstnovnzvraznn6">
    <w:name w:val="Colorful Shading Accent 6"/>
    <w:basedOn w:val="Normlntabul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Barevnseznam">
    <w:name w:val="Colorful List"/>
    <w:basedOn w:val="Normlntabul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Barevnseznamzvraznn1">
    <w:name w:val="Colorful List Accent 1"/>
    <w:basedOn w:val="Normlntabul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Barevnseznamzvraznn2">
    <w:name w:val="Colorful List Accent 2"/>
    <w:basedOn w:val="Normlntabul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Barevnseznamzvraznn3">
    <w:name w:val="Colorful List Accent 3"/>
    <w:basedOn w:val="Normlntabul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Barevnseznamzvraznn4">
    <w:name w:val="Colorful List Accent 4"/>
    <w:basedOn w:val="Normlntabul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Barevnseznamzvraznn5">
    <w:name w:val="Colorful List Accent 5"/>
    <w:basedOn w:val="Normlntabul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Barevnseznamzvraznn6">
    <w:name w:val="Colorful List Accent 6"/>
    <w:basedOn w:val="Normlntabul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Barevnmka">
    <w:name w:val="Colorful Grid"/>
    <w:basedOn w:val="Normlntabul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Barevnmkazvraznn1">
    <w:name w:val="Colorful Grid Accent 1"/>
    <w:basedOn w:val="Normlntabul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Barevnmkazvraznn2">
    <w:name w:val="Colorful Grid Accent 2"/>
    <w:basedOn w:val="Normlntabul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Barevnmkazvraznn3">
    <w:name w:val="Colorful Grid Accent 3"/>
    <w:basedOn w:val="Normlntabul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Barevnmkazvraznn4">
    <w:name w:val="Colorful Grid Accent 4"/>
    <w:basedOn w:val="Normlntabul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Barevnmkazvraznn5">
    <w:name w:val="Colorful Grid Accent 5"/>
    <w:basedOn w:val="Normlntabul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Barevnmkazvraznn6">
    <w:name w:val="Colorful Grid Accent 6"/>
    <w:basedOn w:val="Normlntabul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172</Words>
  <Characters>1019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1189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Tadeusz Szerynski</cp:lastModifiedBy>
  <cp:revision>4</cp:revision>
  <dcterms:created xsi:type="dcterms:W3CDTF">2013-12-23T23:15:00Z</dcterms:created>
  <dcterms:modified xsi:type="dcterms:W3CDTF">2026-03-20T10:12:00Z</dcterms:modified>
  <cp:category/>
</cp:coreProperties>
</file>