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663DD" w14:textId="77777777" w:rsidR="00A550F7" w:rsidRDefault="00000000">
      <w:r>
        <w:rPr>
          <w:b/>
        </w:rPr>
        <w:t>Put the verbs in brackets into the correct form. Use the present simple.</w:t>
      </w:r>
    </w:p>
    <w:p w14:paraId="6091E130" w14:textId="48DC885F" w:rsidR="00A550F7" w:rsidRDefault="00000000">
      <w:r>
        <w:t>1)</w:t>
      </w:r>
      <w:r>
        <w:tab/>
        <w:t>She __</w:t>
      </w:r>
      <w:r w:rsidR="00433A00">
        <w:t>_____</w:t>
      </w:r>
      <w:r>
        <w:t>__ (draw) every weekend.</w:t>
      </w:r>
    </w:p>
    <w:p w14:paraId="5778C85A" w14:textId="47557037" w:rsidR="00A550F7" w:rsidRDefault="00000000">
      <w:r>
        <w:t>2)</w:t>
      </w:r>
      <w:r>
        <w:tab/>
        <w:t>_</w:t>
      </w:r>
      <w:r w:rsidR="00433A00">
        <w:t>___</w:t>
      </w:r>
      <w:r>
        <w:t xml:space="preserve">___ you </w:t>
      </w:r>
      <w:r w:rsidR="00433A00">
        <w:t xml:space="preserve">_________ </w:t>
      </w:r>
      <w:r>
        <w:t>(like) classical music?</w:t>
      </w:r>
    </w:p>
    <w:p w14:paraId="4FAAFD56" w14:textId="157906AE" w:rsidR="00A550F7" w:rsidRDefault="00000000">
      <w:r>
        <w:t>3)</w:t>
      </w:r>
      <w:r>
        <w:tab/>
        <w:t>We _</w:t>
      </w:r>
      <w:r w:rsidR="00433A00">
        <w:t>_______</w:t>
      </w:r>
      <w:r>
        <w:t>___ (not play) football in winter.</w:t>
      </w:r>
    </w:p>
    <w:p w14:paraId="6DC5A182" w14:textId="1CC4B342" w:rsidR="00A550F7" w:rsidRDefault="00000000">
      <w:r>
        <w:t>4)</w:t>
      </w:r>
      <w:r>
        <w:tab/>
        <w:t>He _</w:t>
      </w:r>
      <w:r w:rsidR="00433A00">
        <w:t>_____</w:t>
      </w:r>
      <w:r>
        <w:t>___ (work) in an office.</w:t>
      </w:r>
    </w:p>
    <w:p w14:paraId="51D1ED30" w14:textId="674BD10C" w:rsidR="00A550F7" w:rsidRDefault="00000000">
      <w:r>
        <w:t>5)</w:t>
      </w:r>
      <w:r>
        <w:tab/>
        <w:t>__</w:t>
      </w:r>
      <w:r w:rsidR="00433A00">
        <w:t>___</w:t>
      </w:r>
      <w:r>
        <w:t xml:space="preserve">__ they </w:t>
      </w:r>
      <w:r w:rsidR="00433A00">
        <w:t xml:space="preserve">_________ </w:t>
      </w:r>
      <w:r>
        <w:t>(have) a dog?</w:t>
      </w:r>
    </w:p>
    <w:p w14:paraId="7D85391A" w14:textId="1253BCEF" w:rsidR="00A550F7" w:rsidRDefault="00000000">
      <w:r>
        <w:t>6)</w:t>
      </w:r>
      <w:r>
        <w:tab/>
        <w:t>I __</w:t>
      </w:r>
      <w:r w:rsidR="00433A00">
        <w:t>________</w:t>
      </w:r>
      <w:r>
        <w:t>__ (not read) newspapers.</w:t>
      </w:r>
    </w:p>
    <w:p w14:paraId="7AECA582" w14:textId="2F37D6F0" w:rsidR="00A550F7" w:rsidRDefault="00000000">
      <w:r>
        <w:t>7)</w:t>
      </w:r>
      <w:r>
        <w:tab/>
        <w:t>_</w:t>
      </w:r>
      <w:r w:rsidR="00433A00">
        <w:t>___</w:t>
      </w:r>
      <w:r>
        <w:t xml:space="preserve">___ she </w:t>
      </w:r>
      <w:r w:rsidR="00433A00">
        <w:t xml:space="preserve">_________ </w:t>
      </w:r>
      <w:r>
        <w:t>(listen to) podcasts every day?</w:t>
      </w:r>
    </w:p>
    <w:p w14:paraId="63967139" w14:textId="7691514E" w:rsidR="00A550F7" w:rsidRDefault="00000000">
      <w:r>
        <w:t>8)</w:t>
      </w:r>
      <w:r>
        <w:tab/>
        <w:t>They _</w:t>
      </w:r>
      <w:r w:rsidR="00433A00">
        <w:t>______</w:t>
      </w:r>
      <w:r>
        <w:t>___ (write) emails in the morning.</w:t>
      </w:r>
    </w:p>
    <w:p w14:paraId="1D82816F" w14:textId="3F0617CE" w:rsidR="00A550F7" w:rsidRDefault="00000000">
      <w:r>
        <w:t>9)</w:t>
      </w:r>
      <w:r>
        <w:tab/>
        <w:t>_</w:t>
      </w:r>
      <w:r w:rsidR="00433A00">
        <w:t>___</w:t>
      </w:r>
      <w:r>
        <w:t xml:space="preserve">___ he </w:t>
      </w:r>
      <w:r w:rsidR="00433A00">
        <w:t xml:space="preserve">_________ </w:t>
      </w:r>
      <w:r>
        <w:t>(write) stories?</w:t>
      </w:r>
    </w:p>
    <w:p w14:paraId="32AC3E1E" w14:textId="7D9EB275" w:rsidR="00A550F7" w:rsidRDefault="00000000">
      <w:r>
        <w:t>10)</w:t>
      </w:r>
      <w:r>
        <w:tab/>
        <w:t>She _</w:t>
      </w:r>
      <w:r w:rsidR="00433A00">
        <w:t>________</w:t>
      </w:r>
      <w:r>
        <w:t>___ (not tidy) her room often.</w:t>
      </w:r>
    </w:p>
    <w:p w14:paraId="6FA6674C" w14:textId="77777777" w:rsidR="00433A00" w:rsidRDefault="00433A00"/>
    <w:p w14:paraId="1AC96D3F" w14:textId="77777777" w:rsidR="00433A00" w:rsidRDefault="00433A00"/>
    <w:p w14:paraId="6AB73DFC" w14:textId="77777777" w:rsidR="00433A00" w:rsidRDefault="00433A00"/>
    <w:p w14:paraId="5F73CA91" w14:textId="77777777" w:rsidR="00433A00" w:rsidRDefault="00433A00" w:rsidP="00433A00">
      <w:r>
        <w:rPr>
          <w:b/>
        </w:rPr>
        <w:t>Put the verbs in brackets into the correct form. Use the present simple.</w:t>
      </w:r>
    </w:p>
    <w:p w14:paraId="782F0BDE" w14:textId="77777777" w:rsidR="00433A00" w:rsidRDefault="00433A00" w:rsidP="00433A00">
      <w:r>
        <w:t>1)</w:t>
      </w:r>
      <w:r>
        <w:tab/>
        <w:t>She _________ (draw) every weekend.</w:t>
      </w:r>
    </w:p>
    <w:p w14:paraId="3FE732C4" w14:textId="77777777" w:rsidR="00433A00" w:rsidRDefault="00433A00" w:rsidP="00433A00">
      <w:r>
        <w:t>2)</w:t>
      </w:r>
      <w:r>
        <w:tab/>
        <w:t>_______ you _________ (like) classical music?</w:t>
      </w:r>
    </w:p>
    <w:p w14:paraId="2393716E" w14:textId="77777777" w:rsidR="00433A00" w:rsidRDefault="00433A00" w:rsidP="00433A00">
      <w:r>
        <w:t>3)</w:t>
      </w:r>
      <w:r>
        <w:tab/>
        <w:t>We ___________ (not play) football in winter.</w:t>
      </w:r>
    </w:p>
    <w:p w14:paraId="6A7355D6" w14:textId="77777777" w:rsidR="00433A00" w:rsidRDefault="00433A00" w:rsidP="00433A00">
      <w:r>
        <w:t>4)</w:t>
      </w:r>
      <w:r>
        <w:tab/>
        <w:t>He _________ (work) in an office.</w:t>
      </w:r>
    </w:p>
    <w:p w14:paraId="65B0DA84" w14:textId="77777777" w:rsidR="00433A00" w:rsidRDefault="00433A00" w:rsidP="00433A00">
      <w:r>
        <w:t>5)</w:t>
      </w:r>
      <w:r>
        <w:tab/>
        <w:t>_______ they _________ (have) a dog?</w:t>
      </w:r>
    </w:p>
    <w:p w14:paraId="4CBBE9BF" w14:textId="77777777" w:rsidR="00433A00" w:rsidRDefault="00433A00" w:rsidP="00433A00">
      <w:r>
        <w:t>6)</w:t>
      </w:r>
      <w:r>
        <w:tab/>
        <w:t>I ____________ (not read) newspapers.</w:t>
      </w:r>
    </w:p>
    <w:p w14:paraId="60031E86" w14:textId="77777777" w:rsidR="00433A00" w:rsidRDefault="00433A00" w:rsidP="00433A00">
      <w:r>
        <w:t>7)</w:t>
      </w:r>
      <w:r>
        <w:tab/>
        <w:t>_______ she _________ (listen to) podcasts every day?</w:t>
      </w:r>
    </w:p>
    <w:p w14:paraId="72B6E839" w14:textId="77777777" w:rsidR="00433A00" w:rsidRDefault="00433A00" w:rsidP="00433A00">
      <w:r>
        <w:t>8)</w:t>
      </w:r>
      <w:r>
        <w:tab/>
        <w:t>They __________ (write) emails in the morning.</w:t>
      </w:r>
    </w:p>
    <w:p w14:paraId="6DF7C1F9" w14:textId="77777777" w:rsidR="00433A00" w:rsidRDefault="00433A00" w:rsidP="00433A00">
      <w:r>
        <w:t>9)</w:t>
      </w:r>
      <w:r>
        <w:tab/>
        <w:t>_______ he _________ (write) stories?</w:t>
      </w:r>
    </w:p>
    <w:p w14:paraId="545BC3CF" w14:textId="54D9639E" w:rsidR="00433A00" w:rsidRDefault="00433A00" w:rsidP="00433A00">
      <w:r>
        <w:t>10)</w:t>
      </w:r>
      <w:r>
        <w:tab/>
        <w:t>She ____________ (not tidy) her room often.</w:t>
      </w:r>
    </w:p>
    <w:sectPr w:rsidR="00433A00" w:rsidSect="00034616">
      <w:pgSz w:w="12240" w:h="15840"/>
      <w:pgMar w:top="425" w:right="425" w:bottom="425" w:left="42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641345">
    <w:abstractNumId w:val="8"/>
  </w:num>
  <w:num w:numId="2" w16cid:durableId="1516725278">
    <w:abstractNumId w:val="6"/>
  </w:num>
  <w:num w:numId="3" w16cid:durableId="1419326693">
    <w:abstractNumId w:val="5"/>
  </w:num>
  <w:num w:numId="4" w16cid:durableId="1158617707">
    <w:abstractNumId w:val="4"/>
  </w:num>
  <w:num w:numId="5" w16cid:durableId="2021883888">
    <w:abstractNumId w:val="7"/>
  </w:num>
  <w:num w:numId="6" w16cid:durableId="1216503257">
    <w:abstractNumId w:val="3"/>
  </w:num>
  <w:num w:numId="7" w16cid:durableId="1022978080">
    <w:abstractNumId w:val="2"/>
  </w:num>
  <w:num w:numId="8" w16cid:durableId="44910419">
    <w:abstractNumId w:val="1"/>
  </w:num>
  <w:num w:numId="9" w16cid:durableId="1238780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33A00"/>
    <w:rsid w:val="00743A42"/>
    <w:rsid w:val="00A550F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594BC8"/>
  <w14:defaultImageDpi w14:val="300"/>
  <w15:docId w15:val="{6B8E18BA-18AF-4DD2-A576-1CF6DBE7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33A00"/>
    <w:rPr>
      <w:rFonts w:ascii="Calibri" w:hAnsi="Calibri"/>
      <w:sz w:val="28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2</cp:revision>
  <dcterms:created xsi:type="dcterms:W3CDTF">2013-12-23T23:15:00Z</dcterms:created>
  <dcterms:modified xsi:type="dcterms:W3CDTF">2026-04-01T06:33:00Z</dcterms:modified>
  <cp:category/>
</cp:coreProperties>
</file>