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D0405" w14:textId="77777777" w:rsidR="00314B9F" w:rsidRDefault="00000000">
      <w:r>
        <w:rPr>
          <w:b/>
        </w:rPr>
        <w:t>Put the verbs in brackets into the correct form. Use the present simple or the present continuous.</w:t>
      </w:r>
    </w:p>
    <w:p w14:paraId="04CFDB4F" w14:textId="4DBE12B0" w:rsidR="00314B9F" w:rsidRDefault="00000000">
      <w:r>
        <w:t>1)</w:t>
      </w:r>
      <w:r>
        <w:tab/>
        <w:t xml:space="preserve">She </w:t>
      </w:r>
      <w:r w:rsidR="002E6F7D">
        <w:t xml:space="preserve">sometimes </w:t>
      </w:r>
      <w:r>
        <w:t>_</w:t>
      </w:r>
      <w:r w:rsidR="002E6F7D">
        <w:t>_______</w:t>
      </w:r>
      <w:r>
        <w:t xml:space="preserve">___ </w:t>
      </w:r>
      <w:r w:rsidR="002E6F7D">
        <w:t>(lend)</w:t>
      </w:r>
      <w:r w:rsidR="002E6F7D">
        <w:t xml:space="preserve"> </w:t>
      </w:r>
      <w:r>
        <w:t xml:space="preserve">her friends </w:t>
      </w:r>
      <w:r w:rsidR="002E6F7D">
        <w:t>CDs</w:t>
      </w:r>
      <w:r>
        <w:t>.</w:t>
      </w:r>
    </w:p>
    <w:p w14:paraId="351D0E9C" w14:textId="0FDFDBC2" w:rsidR="00314B9F" w:rsidRDefault="00000000">
      <w:r>
        <w:t>2)</w:t>
      </w:r>
      <w:r>
        <w:tab/>
        <w:t>___</w:t>
      </w:r>
      <w:r w:rsidR="002E6F7D">
        <w:t>__</w:t>
      </w:r>
      <w:r>
        <w:t>_ you _</w:t>
      </w:r>
      <w:r w:rsidR="002E6F7D">
        <w:t>_____</w:t>
      </w:r>
      <w:r>
        <w:t xml:space="preserve">___ </w:t>
      </w:r>
      <w:r w:rsidR="002E6F7D">
        <w:t>(see)</w:t>
      </w:r>
      <w:r w:rsidR="002E6F7D">
        <w:t xml:space="preserve"> the dog over there</w:t>
      </w:r>
      <w:r>
        <w:t>?</w:t>
      </w:r>
      <w:r w:rsidR="002E6F7D">
        <w:tab/>
      </w:r>
    </w:p>
    <w:p w14:paraId="67A6F0CA" w14:textId="19FE5195" w:rsidR="00F22215" w:rsidRDefault="00F22215">
      <w:r>
        <w:t>3</w:t>
      </w:r>
      <w:r>
        <w:t>)</w:t>
      </w:r>
      <w:r>
        <w:tab/>
        <w:t>She ________________ (not think) about her problems now.</w:t>
      </w:r>
    </w:p>
    <w:p w14:paraId="36C65741" w14:textId="4C8C8C22" w:rsidR="00314B9F" w:rsidRDefault="00F22215">
      <w:r>
        <w:t>4</w:t>
      </w:r>
      <w:r w:rsidR="00000000">
        <w:t>)</w:t>
      </w:r>
      <w:r w:rsidR="00000000">
        <w:tab/>
      </w:r>
      <w:r w:rsidR="002E6F7D">
        <w:t>We</w:t>
      </w:r>
      <w:r w:rsidR="00000000">
        <w:t xml:space="preserve"> __</w:t>
      </w:r>
      <w:r w:rsidR="002E6F7D">
        <w:t>________</w:t>
      </w:r>
      <w:r w:rsidR="00000000">
        <w:t xml:space="preserve">__ </w:t>
      </w:r>
      <w:r w:rsidR="002E6F7D">
        <w:t>(not borrow)</w:t>
      </w:r>
      <w:r w:rsidR="002E6F7D">
        <w:t xml:space="preserve"> books</w:t>
      </w:r>
      <w:r w:rsidR="00000000">
        <w:t xml:space="preserve"> </w:t>
      </w:r>
      <w:r w:rsidR="002E6F7D">
        <w:t>from the school library</w:t>
      </w:r>
      <w:r w:rsidR="00000000">
        <w:t xml:space="preserve">. </w:t>
      </w:r>
      <w:r w:rsidR="002E6F7D">
        <w:tab/>
      </w:r>
    </w:p>
    <w:p w14:paraId="720E379F" w14:textId="2F6CC77C" w:rsidR="00314B9F" w:rsidRDefault="00F22215">
      <w:r>
        <w:t>5</w:t>
      </w:r>
      <w:r w:rsidR="00000000">
        <w:t>)</w:t>
      </w:r>
      <w:r w:rsidR="00000000">
        <w:tab/>
      </w:r>
      <w:r w:rsidR="009705E3">
        <w:t>They</w:t>
      </w:r>
      <w:r w:rsidR="00000000">
        <w:t xml:space="preserve"> _</w:t>
      </w:r>
      <w:r w:rsidR="002E6F7D">
        <w:t>___________</w:t>
      </w:r>
      <w:r w:rsidR="00000000">
        <w:t xml:space="preserve">___ </w:t>
      </w:r>
      <w:r>
        <w:t>(wait)</w:t>
      </w:r>
      <w:r>
        <w:t xml:space="preserve"> </w:t>
      </w:r>
      <w:r w:rsidR="00000000">
        <w:t>for the bus at the moment.</w:t>
      </w:r>
    </w:p>
    <w:p w14:paraId="2678B4E4" w14:textId="2F26A45C" w:rsidR="00314B9F" w:rsidRDefault="00F22215">
      <w:r>
        <w:t>6</w:t>
      </w:r>
      <w:r w:rsidR="00000000">
        <w:t>)</w:t>
      </w:r>
      <w:r w:rsidR="00000000">
        <w:tab/>
        <w:t>__</w:t>
      </w:r>
      <w:r w:rsidR="002E6F7D">
        <w:t>__</w:t>
      </w:r>
      <w:r w:rsidR="00000000">
        <w:t>__ he __</w:t>
      </w:r>
      <w:r w:rsidR="002E6F7D">
        <w:t>______</w:t>
      </w:r>
      <w:r w:rsidR="00000000">
        <w:t xml:space="preserve">__ </w:t>
      </w:r>
      <w:r>
        <w:t>(wear)</w:t>
      </w:r>
      <w:r>
        <w:t xml:space="preserve"> </w:t>
      </w:r>
      <w:r w:rsidR="00000000">
        <w:t>this jacket every day?</w:t>
      </w:r>
    </w:p>
    <w:p w14:paraId="110F55BB" w14:textId="03740268" w:rsidR="00314B9F" w:rsidRDefault="00000000">
      <w:r>
        <w:t>7)</w:t>
      </w:r>
      <w:r>
        <w:tab/>
      </w:r>
      <w:r w:rsidR="002E6F7D">
        <w:t>Lucas</w:t>
      </w:r>
      <w:r>
        <w:t xml:space="preserve"> __</w:t>
      </w:r>
      <w:r w:rsidR="002E6F7D">
        <w:t>___________</w:t>
      </w:r>
      <w:r w:rsidR="00F22215">
        <w:t>__</w:t>
      </w:r>
      <w:r w:rsidR="002E6F7D">
        <w:t>_</w:t>
      </w:r>
      <w:r>
        <w:t xml:space="preserve">__ </w:t>
      </w:r>
      <w:r w:rsidR="002E6F7D">
        <w:t>(dream)</w:t>
      </w:r>
      <w:r w:rsidR="002E6F7D">
        <w:t xml:space="preserve"> </w:t>
      </w:r>
      <w:r>
        <w:t xml:space="preserve">about </w:t>
      </w:r>
      <w:r w:rsidR="002E6F7D">
        <w:t>his</w:t>
      </w:r>
      <w:r>
        <w:t xml:space="preserve"> future right now.</w:t>
      </w:r>
    </w:p>
    <w:p w14:paraId="1458A1E8" w14:textId="148CF373" w:rsidR="00314B9F" w:rsidRDefault="00000000">
      <w:r>
        <w:t>8)</w:t>
      </w:r>
      <w:r>
        <w:tab/>
        <w:t>_</w:t>
      </w:r>
      <w:r w:rsidR="002E6F7D">
        <w:t>_</w:t>
      </w:r>
      <w:r>
        <w:t xml:space="preserve">___ you </w:t>
      </w:r>
      <w:r w:rsidR="002E6F7D">
        <w:t>often _______</w:t>
      </w:r>
      <w:r>
        <w:t xml:space="preserve">____ </w:t>
      </w:r>
      <w:r w:rsidR="002E6F7D">
        <w:t>(forget)</w:t>
      </w:r>
      <w:r w:rsidR="002E6F7D">
        <w:t xml:space="preserve"> </w:t>
      </w:r>
      <w:r>
        <w:t>your keys?</w:t>
      </w:r>
      <w:r w:rsidR="002E6F7D">
        <w:tab/>
      </w:r>
    </w:p>
    <w:p w14:paraId="2747F2E3" w14:textId="68288EC3" w:rsidR="00314B9F" w:rsidRDefault="00000000">
      <w:r>
        <w:t>9)</w:t>
      </w:r>
      <w:r>
        <w:tab/>
      </w:r>
      <w:r w:rsidR="002E6F7D">
        <w:t>I</w:t>
      </w:r>
      <w:r>
        <w:t xml:space="preserve"> ____</w:t>
      </w:r>
      <w:r w:rsidR="002E6F7D">
        <w:t>_</w:t>
      </w:r>
      <w:r>
        <w:t>___</w:t>
      </w:r>
      <w:r w:rsidR="002E6F7D">
        <w:t>__________</w:t>
      </w:r>
      <w:r>
        <w:t xml:space="preserve">_ </w:t>
      </w:r>
      <w:r w:rsidR="002E6F7D">
        <w:t>(not give)</w:t>
      </w:r>
      <w:r w:rsidR="002E6F7D">
        <w:t xml:space="preserve"> it to you, I’m just lending it</w:t>
      </w:r>
      <w:r>
        <w:t>.</w:t>
      </w:r>
    </w:p>
    <w:p w14:paraId="0369295D" w14:textId="77777777" w:rsidR="009705E3" w:rsidRDefault="00000000">
      <w:r>
        <w:t>10)</w:t>
      </w:r>
      <w:r>
        <w:tab/>
      </w:r>
      <w:r w:rsidR="002E6F7D">
        <w:t>What______ you</w:t>
      </w:r>
      <w:r>
        <w:t xml:space="preserve"> __</w:t>
      </w:r>
      <w:r w:rsidR="002E6F7D">
        <w:t>_____</w:t>
      </w:r>
      <w:r>
        <w:t>_</w:t>
      </w:r>
      <w:r w:rsidR="00F22215">
        <w:t>_</w:t>
      </w:r>
      <w:r>
        <w:t xml:space="preserve">_ </w:t>
      </w:r>
      <w:r w:rsidR="002E6F7D">
        <w:t>(mean)</w:t>
      </w:r>
      <w:r w:rsidR="002E6F7D">
        <w:t>?</w:t>
      </w:r>
    </w:p>
    <w:p w14:paraId="5147B2F1" w14:textId="77777777" w:rsidR="009705E3" w:rsidRDefault="009705E3"/>
    <w:p w14:paraId="0D96EABC" w14:textId="77777777" w:rsidR="009705E3" w:rsidRDefault="009705E3"/>
    <w:p w14:paraId="529662E3" w14:textId="77777777" w:rsidR="009705E3" w:rsidRDefault="009705E3" w:rsidP="009705E3">
      <w:r>
        <w:rPr>
          <w:b/>
        </w:rPr>
        <w:t>Put the verbs in brackets into the correct form. Use the present simple or the present continuous.</w:t>
      </w:r>
    </w:p>
    <w:p w14:paraId="6E5C6F16" w14:textId="77777777" w:rsidR="009705E3" w:rsidRDefault="009705E3" w:rsidP="009705E3">
      <w:r>
        <w:t>1)</w:t>
      </w:r>
      <w:r>
        <w:tab/>
        <w:t>She sometimes ___________ (lend) her friends CDs.</w:t>
      </w:r>
    </w:p>
    <w:p w14:paraId="6B1E89EA" w14:textId="77777777" w:rsidR="009705E3" w:rsidRDefault="009705E3" w:rsidP="009705E3">
      <w:r>
        <w:t>2)</w:t>
      </w:r>
      <w:r>
        <w:tab/>
        <w:t>______ you _________ (see) the dog over there?</w:t>
      </w:r>
      <w:r>
        <w:tab/>
      </w:r>
    </w:p>
    <w:p w14:paraId="0D9DB7A5" w14:textId="77777777" w:rsidR="009705E3" w:rsidRDefault="009705E3" w:rsidP="009705E3">
      <w:r>
        <w:t>3)</w:t>
      </w:r>
      <w:r>
        <w:tab/>
        <w:t>She ________________ (not think) about her problems now.</w:t>
      </w:r>
    </w:p>
    <w:p w14:paraId="769ADC20" w14:textId="77777777" w:rsidR="009705E3" w:rsidRDefault="009705E3" w:rsidP="009705E3">
      <w:r>
        <w:t>4)</w:t>
      </w:r>
      <w:r>
        <w:tab/>
        <w:t xml:space="preserve">We ____________ (not borrow) books from the school library. </w:t>
      </w:r>
      <w:r>
        <w:tab/>
      </w:r>
    </w:p>
    <w:p w14:paraId="2DFBB7C1" w14:textId="77777777" w:rsidR="009705E3" w:rsidRDefault="009705E3" w:rsidP="009705E3">
      <w:r>
        <w:t>5)</w:t>
      </w:r>
      <w:r>
        <w:tab/>
        <w:t>They _______________ (wait) for the bus at the moment.</w:t>
      </w:r>
    </w:p>
    <w:p w14:paraId="2CC531F8" w14:textId="77777777" w:rsidR="009705E3" w:rsidRDefault="009705E3" w:rsidP="009705E3">
      <w:r>
        <w:t>6)</w:t>
      </w:r>
      <w:r>
        <w:tab/>
        <w:t>______ he __________ (wear) this jacket every day?</w:t>
      </w:r>
    </w:p>
    <w:p w14:paraId="241ABC2E" w14:textId="77777777" w:rsidR="009705E3" w:rsidRDefault="009705E3" w:rsidP="009705E3">
      <w:r>
        <w:t>7)</w:t>
      </w:r>
      <w:r>
        <w:tab/>
        <w:t>Lucas __________________ (dream) about his future right now.</w:t>
      </w:r>
    </w:p>
    <w:p w14:paraId="30B1F652" w14:textId="77777777" w:rsidR="009705E3" w:rsidRDefault="009705E3" w:rsidP="009705E3">
      <w:r>
        <w:t>8)</w:t>
      </w:r>
      <w:r>
        <w:tab/>
        <w:t>_____ you often ___________ (forget) your keys?</w:t>
      </w:r>
      <w:r>
        <w:tab/>
      </w:r>
    </w:p>
    <w:p w14:paraId="364377D0" w14:textId="77777777" w:rsidR="009705E3" w:rsidRDefault="009705E3" w:rsidP="009705E3">
      <w:r>
        <w:t>9)</w:t>
      </w:r>
      <w:r>
        <w:tab/>
        <w:t>I ___________________ (not give) it to you, I’m just lending it.</w:t>
      </w:r>
    </w:p>
    <w:p w14:paraId="0E3DAB63" w14:textId="5558401A" w:rsidR="00314B9F" w:rsidRDefault="009705E3" w:rsidP="009705E3">
      <w:r>
        <w:t>10)</w:t>
      </w:r>
      <w:r>
        <w:tab/>
        <w:t>What______ you __________ (mean)?</w:t>
      </w:r>
      <w:r w:rsidR="002E6F7D">
        <w:tab/>
      </w:r>
    </w:p>
    <w:sectPr w:rsidR="00314B9F" w:rsidSect="00EE03D9">
      <w:pgSz w:w="11906" w:h="16838" w:code="9"/>
      <w:pgMar w:top="425" w:right="425" w:bottom="425" w:left="425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63F06" w14:textId="77777777" w:rsidR="0073128D" w:rsidRDefault="0073128D" w:rsidP="003F1848">
      <w:pPr>
        <w:spacing w:after="0" w:line="240" w:lineRule="auto"/>
      </w:pPr>
      <w:r>
        <w:separator/>
      </w:r>
    </w:p>
  </w:endnote>
  <w:endnote w:type="continuationSeparator" w:id="0">
    <w:p w14:paraId="156C3B9D" w14:textId="77777777" w:rsidR="0073128D" w:rsidRDefault="0073128D" w:rsidP="003F1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FB540" w14:textId="77777777" w:rsidR="0073128D" w:rsidRDefault="0073128D" w:rsidP="003F1848">
      <w:pPr>
        <w:spacing w:after="0" w:line="240" w:lineRule="auto"/>
      </w:pPr>
      <w:r>
        <w:separator/>
      </w:r>
    </w:p>
  </w:footnote>
  <w:footnote w:type="continuationSeparator" w:id="0">
    <w:p w14:paraId="475BA1D0" w14:textId="77777777" w:rsidR="0073128D" w:rsidRDefault="0073128D" w:rsidP="003F18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29262979">
    <w:abstractNumId w:val="8"/>
  </w:num>
  <w:num w:numId="2" w16cid:durableId="600528937">
    <w:abstractNumId w:val="6"/>
  </w:num>
  <w:num w:numId="3" w16cid:durableId="1879197463">
    <w:abstractNumId w:val="5"/>
  </w:num>
  <w:num w:numId="4" w16cid:durableId="2029526545">
    <w:abstractNumId w:val="4"/>
  </w:num>
  <w:num w:numId="5" w16cid:durableId="1987203545">
    <w:abstractNumId w:val="7"/>
  </w:num>
  <w:num w:numId="6" w16cid:durableId="213547166">
    <w:abstractNumId w:val="3"/>
  </w:num>
  <w:num w:numId="7" w16cid:durableId="975642117">
    <w:abstractNumId w:val="2"/>
  </w:num>
  <w:num w:numId="8" w16cid:durableId="146366813">
    <w:abstractNumId w:val="1"/>
  </w:num>
  <w:num w:numId="9" w16cid:durableId="1062482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E6F7D"/>
    <w:rsid w:val="00314B9F"/>
    <w:rsid w:val="00326F90"/>
    <w:rsid w:val="003D7FCC"/>
    <w:rsid w:val="003F1848"/>
    <w:rsid w:val="0073128D"/>
    <w:rsid w:val="009705E3"/>
    <w:rsid w:val="00AA1D8D"/>
    <w:rsid w:val="00B47730"/>
    <w:rsid w:val="00CB0664"/>
    <w:rsid w:val="00EE03D9"/>
    <w:rsid w:val="00F2221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9A5BD1"/>
  <w14:defaultImageDpi w14:val="300"/>
  <w15:docId w15:val="{4BDE7E62-8B04-403A-8446-A12F45762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705E3"/>
    <w:rPr>
      <w:rFonts w:ascii="Calibri" w:hAnsi="Calibri"/>
      <w:sz w:val="28"/>
    </w:rPr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192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Tadeusz Szerynski</cp:lastModifiedBy>
  <cp:revision>4</cp:revision>
  <cp:lastPrinted>2026-04-21T08:07:00Z</cp:lastPrinted>
  <dcterms:created xsi:type="dcterms:W3CDTF">2026-04-21T08:01:00Z</dcterms:created>
  <dcterms:modified xsi:type="dcterms:W3CDTF">2026-04-21T08:10:00Z</dcterms:modified>
  <cp:category/>
</cp:coreProperties>
</file>