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C64998" w14:textId="77777777" w:rsidR="002C0AF7" w:rsidRDefault="00451D3D">
      <w:r>
        <w:rPr>
          <w:b/>
        </w:rPr>
        <w:t>Put the verbs in brackets into the correct form. Use the present simple or the present continuous.</w:t>
      </w:r>
    </w:p>
    <w:p w14:paraId="2D02088A" w14:textId="65C5CDA0" w:rsidR="002C0AF7" w:rsidRDefault="00451D3D">
      <w:r>
        <w:t>1)</w:t>
      </w:r>
      <w:r>
        <w:tab/>
        <w:t>My brother ___</w:t>
      </w:r>
      <w:r w:rsidR="000465AB">
        <w:t>_____</w:t>
      </w:r>
      <w:r w:rsidR="002A4039">
        <w:t>_____</w:t>
      </w:r>
      <w:r w:rsidR="000465AB">
        <w:t>__</w:t>
      </w:r>
      <w:r>
        <w:t>______ (</w:t>
      </w:r>
      <w:r w:rsidR="000465AB">
        <w:t>not study</w:t>
      </w:r>
      <w:r>
        <w:t xml:space="preserve">) </w:t>
      </w:r>
      <w:r w:rsidR="000465AB">
        <w:t>at weekends</w:t>
      </w:r>
      <w:r>
        <w:t>.</w:t>
      </w:r>
    </w:p>
    <w:p w14:paraId="420E5213" w14:textId="0824C858" w:rsidR="002C0AF7" w:rsidRDefault="00451D3D">
      <w:r>
        <w:t>2)</w:t>
      </w:r>
      <w:r>
        <w:tab/>
        <w:t>Why _________ you ____</w:t>
      </w:r>
      <w:r w:rsidR="000465AB">
        <w:t>_____</w:t>
      </w:r>
      <w:r>
        <w:t>_____ (wear) that strange hat today?</w:t>
      </w:r>
    </w:p>
    <w:p w14:paraId="3A6F88BB" w14:textId="491D9F7B" w:rsidR="002C0AF7" w:rsidRDefault="00451D3D">
      <w:r>
        <w:t>3)</w:t>
      </w:r>
      <w:r>
        <w:tab/>
        <w:t>She ___</w:t>
      </w:r>
      <w:r w:rsidR="000465AB">
        <w:t>_____________</w:t>
      </w:r>
      <w:r>
        <w:t>______ (prepare) dinner for the guests at the moment.</w:t>
      </w:r>
    </w:p>
    <w:p w14:paraId="63DD4200" w14:textId="432F0167" w:rsidR="002C0AF7" w:rsidRDefault="00451D3D">
      <w:r>
        <w:t>4)</w:t>
      </w:r>
      <w:r>
        <w:tab/>
        <w:t>We ___</w:t>
      </w:r>
      <w:r w:rsidR="000465AB">
        <w:t>_________</w:t>
      </w:r>
      <w:r>
        <w:t>_</w:t>
      </w:r>
      <w:r w:rsidR="000465AB">
        <w:t>____</w:t>
      </w:r>
      <w:r>
        <w:t>_____ (not watch) TV right now because we are busy.</w:t>
      </w:r>
    </w:p>
    <w:p w14:paraId="3A39F28F" w14:textId="592ED69F" w:rsidR="002C0AF7" w:rsidRDefault="00451D3D">
      <w:r>
        <w:t>5)</w:t>
      </w:r>
      <w:r>
        <w:tab/>
        <w:t>_________ your teacher ____</w:t>
      </w:r>
      <w:r w:rsidR="000465AB">
        <w:t>________</w:t>
      </w:r>
      <w:r>
        <w:t>_____ (understand) this grammar rule?</w:t>
      </w:r>
    </w:p>
    <w:p w14:paraId="5C1B3BC1" w14:textId="7610E9C4" w:rsidR="002C0AF7" w:rsidRDefault="00451D3D">
      <w:r>
        <w:t>6)</w:t>
      </w:r>
      <w:r>
        <w:tab/>
        <w:t>I _____</w:t>
      </w:r>
      <w:r w:rsidR="000465AB">
        <w:t>___</w:t>
      </w:r>
      <w:r>
        <w:t>____ (go) to school by bus every morning.</w:t>
      </w:r>
    </w:p>
    <w:p w14:paraId="1BD032DB" w14:textId="1964FC01" w:rsidR="002C0AF7" w:rsidRDefault="00451D3D">
      <w:r>
        <w:t>7)</w:t>
      </w:r>
      <w:r>
        <w:tab/>
      </w:r>
      <w:r w:rsidR="000465AB">
        <w:t>________t</w:t>
      </w:r>
      <w:r>
        <w:t>hey ___</w:t>
      </w:r>
      <w:r w:rsidR="000465AB">
        <w:t>_____________________</w:t>
      </w:r>
      <w:r>
        <w:t>_ (</w:t>
      </w:r>
      <w:r w:rsidR="000465AB">
        <w:t xml:space="preserve">always </w:t>
      </w:r>
      <w:r>
        <w:t>eat) in the kitchen</w:t>
      </w:r>
      <w:r w:rsidR="000465AB">
        <w:t>?</w:t>
      </w:r>
    </w:p>
    <w:p w14:paraId="1D3BC9F0" w14:textId="4555942F" w:rsidR="002C0AF7" w:rsidRDefault="00451D3D">
      <w:r>
        <w:t>8)</w:t>
      </w:r>
      <w:r>
        <w:tab/>
        <w:t>Tom __</w:t>
      </w:r>
      <w:r w:rsidR="000465AB">
        <w:t>_______</w:t>
      </w:r>
      <w:r>
        <w:t>_______ (help) his friend with homework at the moment.</w:t>
      </w:r>
    </w:p>
    <w:p w14:paraId="19BEAF84" w14:textId="58EDE014" w:rsidR="002C0AF7" w:rsidRDefault="00451D3D">
      <w:r>
        <w:t>9)</w:t>
      </w:r>
      <w:r>
        <w:tab/>
        <w:t>_______ Anna _________ (borrow) books from the library every month?</w:t>
      </w:r>
    </w:p>
    <w:p w14:paraId="43601EB0" w14:textId="21BA817B" w:rsidR="002C0AF7" w:rsidRDefault="00451D3D">
      <w:r>
        <w:t>10)</w:t>
      </w:r>
      <w:r>
        <w:tab/>
        <w:t>He _____</w:t>
      </w:r>
      <w:r w:rsidR="000465AB">
        <w:t>___________</w:t>
      </w:r>
      <w:r>
        <w:t>____ (not play) computer games after school.</w:t>
      </w:r>
    </w:p>
    <w:p w14:paraId="369A5836" w14:textId="77777777" w:rsidR="002A4039" w:rsidRDefault="002A4039"/>
    <w:p w14:paraId="07A13F70" w14:textId="77777777" w:rsidR="002A4039" w:rsidRDefault="002A4039"/>
    <w:p w14:paraId="3B3CE533" w14:textId="77777777" w:rsidR="002A4039" w:rsidRDefault="002A4039"/>
    <w:p w14:paraId="1B5DFD4A" w14:textId="77777777" w:rsidR="002A4039" w:rsidRDefault="002A4039" w:rsidP="002A4039">
      <w:r>
        <w:rPr>
          <w:b/>
        </w:rPr>
        <w:t>Put the verbs in brackets into the correct form. Use the present simple or the present continuous.</w:t>
      </w:r>
    </w:p>
    <w:p w14:paraId="7FCAC1BE" w14:textId="287E645D" w:rsidR="002A4039" w:rsidRDefault="002A4039" w:rsidP="002A4039">
      <w:r>
        <w:t>1)</w:t>
      </w:r>
      <w:r>
        <w:tab/>
        <w:t>My brother _____________________ (not study) at weekends.</w:t>
      </w:r>
    </w:p>
    <w:p w14:paraId="20778944" w14:textId="77777777" w:rsidR="002A4039" w:rsidRDefault="002A4039" w:rsidP="002A4039">
      <w:r>
        <w:t>2)</w:t>
      </w:r>
      <w:r>
        <w:tab/>
        <w:t>Why _________ you ______________ (wear) that strange hat today?</w:t>
      </w:r>
    </w:p>
    <w:p w14:paraId="24D9B744" w14:textId="77777777" w:rsidR="002A4039" w:rsidRDefault="002A4039" w:rsidP="002A4039">
      <w:r>
        <w:t>3)</w:t>
      </w:r>
      <w:r>
        <w:tab/>
        <w:t>She ______________________ (prepare) dinner for the guests at the moment.</w:t>
      </w:r>
    </w:p>
    <w:p w14:paraId="4F588312" w14:textId="77777777" w:rsidR="002A4039" w:rsidRDefault="002A4039" w:rsidP="002A4039">
      <w:r>
        <w:t>4)</w:t>
      </w:r>
      <w:r>
        <w:tab/>
        <w:t>We ______________________ (not watch) TV right now because we are busy.</w:t>
      </w:r>
    </w:p>
    <w:p w14:paraId="11A91B70" w14:textId="77777777" w:rsidR="002A4039" w:rsidRDefault="002A4039" w:rsidP="002A4039">
      <w:r>
        <w:t>5)</w:t>
      </w:r>
      <w:r>
        <w:tab/>
        <w:t>_________ your teacher _________________ (understand) this grammar rule?</w:t>
      </w:r>
    </w:p>
    <w:p w14:paraId="1F8E5F9F" w14:textId="77777777" w:rsidR="002A4039" w:rsidRDefault="002A4039" w:rsidP="002A4039">
      <w:r>
        <w:t>6)</w:t>
      </w:r>
      <w:r>
        <w:tab/>
        <w:t>I ____________ (go) to school by bus every morning.</w:t>
      </w:r>
    </w:p>
    <w:p w14:paraId="33F718A0" w14:textId="77777777" w:rsidR="002A4039" w:rsidRDefault="002A4039" w:rsidP="002A4039">
      <w:r>
        <w:t>7)</w:t>
      </w:r>
      <w:r>
        <w:tab/>
        <w:t>________they _________________________ (always eat) in the kitchen?</w:t>
      </w:r>
    </w:p>
    <w:p w14:paraId="29787F01" w14:textId="77777777" w:rsidR="002A4039" w:rsidRDefault="002A4039" w:rsidP="002A4039">
      <w:r>
        <w:t>8)</w:t>
      </w:r>
      <w:r>
        <w:tab/>
        <w:t>Tom ________________ (help) his friend with homework at the moment.</w:t>
      </w:r>
    </w:p>
    <w:p w14:paraId="0EAD0AC7" w14:textId="77777777" w:rsidR="002A4039" w:rsidRDefault="002A4039" w:rsidP="002A4039">
      <w:r>
        <w:t>9)</w:t>
      </w:r>
      <w:r>
        <w:tab/>
        <w:t>_______ Anna _________ (borrow) books from the library every month?</w:t>
      </w:r>
    </w:p>
    <w:p w14:paraId="4EC29F16" w14:textId="1F833DBA" w:rsidR="002A4039" w:rsidRDefault="002A4039" w:rsidP="002A4039">
      <w:r>
        <w:t>10)</w:t>
      </w:r>
      <w:r>
        <w:tab/>
        <w:t>He ____________________ (not play) computer games after school.</w:t>
      </w:r>
    </w:p>
    <w:sectPr w:rsidR="002A4039" w:rsidSect="00451D3D">
      <w:pgSz w:w="11906" w:h="16838" w:code="9"/>
      <w:pgMar w:top="425" w:right="425" w:bottom="425" w:left="425" w:header="720" w:footer="720" w:gutter="0"/>
      <w:cols w:space="720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slovanseznam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slovanseznam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Seznamsodrkami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Seznamsodrkami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slovanseznam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Seznamsodrkami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576862982">
    <w:abstractNumId w:val="8"/>
  </w:num>
  <w:num w:numId="2" w16cid:durableId="1566254722">
    <w:abstractNumId w:val="6"/>
  </w:num>
  <w:num w:numId="3" w16cid:durableId="1610819458">
    <w:abstractNumId w:val="5"/>
  </w:num>
  <w:num w:numId="4" w16cid:durableId="1600795882">
    <w:abstractNumId w:val="4"/>
  </w:num>
  <w:num w:numId="5" w16cid:durableId="854225734">
    <w:abstractNumId w:val="7"/>
  </w:num>
  <w:num w:numId="6" w16cid:durableId="132144970">
    <w:abstractNumId w:val="3"/>
  </w:num>
  <w:num w:numId="7" w16cid:durableId="411238532">
    <w:abstractNumId w:val="2"/>
  </w:num>
  <w:num w:numId="8" w16cid:durableId="612789026">
    <w:abstractNumId w:val="1"/>
  </w:num>
  <w:num w:numId="9" w16cid:durableId="407907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465AB"/>
    <w:rsid w:val="0006063C"/>
    <w:rsid w:val="0015074B"/>
    <w:rsid w:val="00271C77"/>
    <w:rsid w:val="0029639D"/>
    <w:rsid w:val="002A4039"/>
    <w:rsid w:val="002C0AF7"/>
    <w:rsid w:val="00326F90"/>
    <w:rsid w:val="00451D3D"/>
    <w:rsid w:val="00A1586D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AA4E793"/>
  <w14:defaultImageDpi w14:val="300"/>
  <w15:docId w15:val="{5C2571DD-60AD-4DDE-BB8E-82E46812F5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2A4039"/>
    <w:rPr>
      <w:rFonts w:ascii="Calibri" w:eastAsia="Calibri" w:hAnsi="Calibri"/>
      <w:sz w:val="28"/>
    </w:rPr>
  </w:style>
  <w:style w:type="paragraph" w:styleId="Nadpis1">
    <w:name w:val="heading 1"/>
    <w:basedOn w:val="Normln"/>
    <w:next w:val="Normln"/>
    <w:link w:val="Nadpis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Cs w:val="28"/>
    </w:rPr>
  </w:style>
  <w:style w:type="paragraph" w:styleId="Nadpis2">
    <w:name w:val="heading 2"/>
    <w:basedOn w:val="Normln"/>
    <w:next w:val="Normln"/>
    <w:link w:val="Nadpis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E618BF"/>
  </w:style>
  <w:style w:type="paragraph" w:styleId="Zpat">
    <w:name w:val="footer"/>
    <w:basedOn w:val="Normln"/>
    <w:link w:val="Zpat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E618BF"/>
  </w:style>
  <w:style w:type="paragraph" w:styleId="Bezmezer">
    <w:name w:val="No Spacing"/>
    <w:uiPriority w:val="1"/>
    <w:qFormat/>
    <w:rsid w:val="00FC693F"/>
    <w:pPr>
      <w:spacing w:after="0" w:line="240" w:lineRule="auto"/>
    </w:pPr>
  </w:style>
  <w:style w:type="character" w:customStyle="1" w:styleId="Nadpis1Char">
    <w:name w:val="Nadpis 1 Char"/>
    <w:basedOn w:val="Standardnpsmoodstavce"/>
    <w:link w:val="Nadpis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dpis2Char">
    <w:name w:val="Nadpis 2 Char"/>
    <w:basedOn w:val="Standardnpsmoodstavce"/>
    <w:link w:val="Nadpis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dpis3Char">
    <w:name w:val="Nadpis 3 Char"/>
    <w:basedOn w:val="Standardnpsmoodstavce"/>
    <w:link w:val="Nadpis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zev">
    <w:name w:val="Title"/>
    <w:basedOn w:val="Normln"/>
    <w:next w:val="Normln"/>
    <w:link w:val="Nzev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NzevChar">
    <w:name w:val="Název Char"/>
    <w:basedOn w:val="Standardnpsmoodstavce"/>
    <w:link w:val="Nzev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nadpisChar">
    <w:name w:val="Podnadpis Char"/>
    <w:basedOn w:val="Standardnpsmoodstavce"/>
    <w:link w:val="Podnadpis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Odstavecseseznamem">
    <w:name w:val="List Paragraph"/>
    <w:basedOn w:val="Normln"/>
    <w:uiPriority w:val="34"/>
    <w:qFormat/>
    <w:rsid w:val="00FC693F"/>
    <w:pPr>
      <w:ind w:left="720"/>
      <w:contextualSpacing/>
    </w:pPr>
  </w:style>
  <w:style w:type="paragraph" w:styleId="Zkladntext">
    <w:name w:val="Body Text"/>
    <w:basedOn w:val="Normln"/>
    <w:link w:val="ZkladntextChar"/>
    <w:uiPriority w:val="99"/>
    <w:unhideWhenUsed/>
    <w:rsid w:val="00AA1D8D"/>
    <w:pPr>
      <w:spacing w:after="120"/>
    </w:pPr>
  </w:style>
  <w:style w:type="character" w:customStyle="1" w:styleId="ZkladntextChar">
    <w:name w:val="Základní text Char"/>
    <w:basedOn w:val="Standardnpsmoodstavce"/>
    <w:link w:val="Zkladntext"/>
    <w:uiPriority w:val="99"/>
    <w:rsid w:val="00AA1D8D"/>
  </w:style>
  <w:style w:type="paragraph" w:styleId="Zkladntext2">
    <w:name w:val="Body Text 2"/>
    <w:basedOn w:val="Normln"/>
    <w:link w:val="Zkladntext2Char"/>
    <w:uiPriority w:val="99"/>
    <w:unhideWhenUsed/>
    <w:rsid w:val="00AA1D8D"/>
    <w:pPr>
      <w:spacing w:after="120" w:line="480" w:lineRule="auto"/>
    </w:pPr>
  </w:style>
  <w:style w:type="character" w:customStyle="1" w:styleId="Zkladntext2Char">
    <w:name w:val="Základní text 2 Char"/>
    <w:basedOn w:val="Standardnpsmoodstavce"/>
    <w:link w:val="Zkladntext2"/>
    <w:uiPriority w:val="99"/>
    <w:rsid w:val="00AA1D8D"/>
  </w:style>
  <w:style w:type="paragraph" w:styleId="Zkladntext3">
    <w:name w:val="Body Text 3"/>
    <w:basedOn w:val="Normln"/>
    <w:link w:val="Zkladn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Zkladntext3Char">
    <w:name w:val="Základní text 3 Char"/>
    <w:basedOn w:val="Standardnpsmoodstavce"/>
    <w:link w:val="Zkladntext3"/>
    <w:uiPriority w:val="99"/>
    <w:rsid w:val="00AA1D8D"/>
    <w:rPr>
      <w:sz w:val="16"/>
      <w:szCs w:val="16"/>
    </w:rPr>
  </w:style>
  <w:style w:type="paragraph" w:styleId="Seznam">
    <w:name w:val="List"/>
    <w:basedOn w:val="Normln"/>
    <w:uiPriority w:val="99"/>
    <w:unhideWhenUsed/>
    <w:rsid w:val="00AA1D8D"/>
    <w:pPr>
      <w:ind w:left="360" w:hanging="360"/>
      <w:contextualSpacing/>
    </w:pPr>
  </w:style>
  <w:style w:type="paragraph" w:styleId="Seznam2">
    <w:name w:val="List 2"/>
    <w:basedOn w:val="Normln"/>
    <w:uiPriority w:val="99"/>
    <w:unhideWhenUsed/>
    <w:rsid w:val="00326F90"/>
    <w:pPr>
      <w:ind w:left="720" w:hanging="360"/>
      <w:contextualSpacing/>
    </w:pPr>
  </w:style>
  <w:style w:type="paragraph" w:styleId="Seznam3">
    <w:name w:val="List 3"/>
    <w:basedOn w:val="Normln"/>
    <w:uiPriority w:val="99"/>
    <w:unhideWhenUsed/>
    <w:rsid w:val="00326F90"/>
    <w:pPr>
      <w:ind w:left="1080" w:hanging="360"/>
      <w:contextualSpacing/>
    </w:pPr>
  </w:style>
  <w:style w:type="paragraph" w:styleId="Seznamsodrkami">
    <w:name w:val="List Bullet"/>
    <w:basedOn w:val="Normln"/>
    <w:uiPriority w:val="99"/>
    <w:unhideWhenUsed/>
    <w:rsid w:val="00326F90"/>
    <w:pPr>
      <w:numPr>
        <w:numId w:val="1"/>
      </w:numPr>
      <w:contextualSpacing/>
    </w:pPr>
  </w:style>
  <w:style w:type="paragraph" w:styleId="Seznamsodrkami2">
    <w:name w:val="List Bullet 2"/>
    <w:basedOn w:val="Normln"/>
    <w:uiPriority w:val="99"/>
    <w:unhideWhenUsed/>
    <w:rsid w:val="00326F90"/>
    <w:pPr>
      <w:numPr>
        <w:numId w:val="2"/>
      </w:numPr>
      <w:contextualSpacing/>
    </w:pPr>
  </w:style>
  <w:style w:type="paragraph" w:styleId="Seznamsodrkami3">
    <w:name w:val="List Bullet 3"/>
    <w:basedOn w:val="Normln"/>
    <w:uiPriority w:val="99"/>
    <w:unhideWhenUsed/>
    <w:rsid w:val="00326F90"/>
    <w:pPr>
      <w:numPr>
        <w:numId w:val="3"/>
      </w:numPr>
      <w:contextualSpacing/>
    </w:pPr>
  </w:style>
  <w:style w:type="paragraph" w:styleId="slovanseznam">
    <w:name w:val="List Number"/>
    <w:basedOn w:val="Normln"/>
    <w:uiPriority w:val="99"/>
    <w:unhideWhenUsed/>
    <w:rsid w:val="00326F90"/>
    <w:pPr>
      <w:numPr>
        <w:numId w:val="5"/>
      </w:numPr>
      <w:contextualSpacing/>
    </w:pPr>
  </w:style>
  <w:style w:type="paragraph" w:styleId="slovanseznam2">
    <w:name w:val="List Number 2"/>
    <w:basedOn w:val="Normln"/>
    <w:uiPriority w:val="99"/>
    <w:unhideWhenUsed/>
    <w:rsid w:val="0029639D"/>
    <w:pPr>
      <w:numPr>
        <w:numId w:val="6"/>
      </w:numPr>
      <w:contextualSpacing/>
    </w:pPr>
  </w:style>
  <w:style w:type="paragraph" w:styleId="slovanseznam3">
    <w:name w:val="List Number 3"/>
    <w:basedOn w:val="Normln"/>
    <w:uiPriority w:val="99"/>
    <w:unhideWhenUsed/>
    <w:rsid w:val="0029639D"/>
    <w:pPr>
      <w:numPr>
        <w:numId w:val="7"/>
      </w:numPr>
      <w:contextualSpacing/>
    </w:pPr>
  </w:style>
  <w:style w:type="paragraph" w:styleId="Pokraovnseznamu">
    <w:name w:val="List Continue"/>
    <w:basedOn w:val="Normln"/>
    <w:uiPriority w:val="99"/>
    <w:unhideWhenUsed/>
    <w:rsid w:val="0029639D"/>
    <w:pPr>
      <w:spacing w:after="120"/>
      <w:ind w:left="360"/>
      <w:contextualSpacing/>
    </w:pPr>
  </w:style>
  <w:style w:type="paragraph" w:styleId="Pokraovnseznamu2">
    <w:name w:val="List Continue 2"/>
    <w:basedOn w:val="Normln"/>
    <w:uiPriority w:val="99"/>
    <w:unhideWhenUsed/>
    <w:rsid w:val="0029639D"/>
    <w:pPr>
      <w:spacing w:after="120"/>
      <w:ind w:left="720"/>
      <w:contextualSpacing/>
    </w:pPr>
  </w:style>
  <w:style w:type="paragraph" w:styleId="Pokraovnseznamu3">
    <w:name w:val="List Continue 3"/>
    <w:basedOn w:val="Normln"/>
    <w:uiPriority w:val="99"/>
    <w:unhideWhenUsed/>
    <w:rsid w:val="0029639D"/>
    <w:pPr>
      <w:spacing w:after="120"/>
      <w:ind w:left="1080"/>
      <w:contextualSpacing/>
    </w:pPr>
  </w:style>
  <w:style w:type="paragraph" w:styleId="Textmakra">
    <w:name w:val="macro"/>
    <w:link w:val="Textmakra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makraChar">
    <w:name w:val="Text makra Char"/>
    <w:basedOn w:val="Standardnpsmoodstavce"/>
    <w:link w:val="Textmakra"/>
    <w:uiPriority w:val="99"/>
    <w:rsid w:val="0029639D"/>
    <w:rPr>
      <w:rFonts w:ascii="Courier" w:hAnsi="Courier"/>
      <w:sz w:val="20"/>
      <w:szCs w:val="20"/>
    </w:rPr>
  </w:style>
  <w:style w:type="paragraph" w:styleId="Citt">
    <w:name w:val="Quote"/>
    <w:basedOn w:val="Normln"/>
    <w:next w:val="Normln"/>
    <w:link w:val="CittChar"/>
    <w:uiPriority w:val="29"/>
    <w:qFormat/>
    <w:rsid w:val="00FC693F"/>
    <w:rPr>
      <w:i/>
      <w:iCs/>
      <w:color w:val="000000" w:themeColor="text1"/>
    </w:rPr>
  </w:style>
  <w:style w:type="character" w:customStyle="1" w:styleId="CittChar">
    <w:name w:val="Citát Char"/>
    <w:basedOn w:val="Standardnpsmoodstavce"/>
    <w:link w:val="Citt"/>
    <w:uiPriority w:val="29"/>
    <w:rsid w:val="00FC693F"/>
    <w:rPr>
      <w:i/>
      <w:iCs/>
      <w:color w:val="000000" w:themeColor="text1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itulek">
    <w:name w:val="caption"/>
    <w:basedOn w:val="Normln"/>
    <w:next w:val="Normln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iln">
    <w:name w:val="Strong"/>
    <w:basedOn w:val="Standardnpsmoodstavce"/>
    <w:uiPriority w:val="22"/>
    <w:qFormat/>
    <w:rsid w:val="00FC693F"/>
    <w:rPr>
      <w:b/>
      <w:bCs/>
    </w:rPr>
  </w:style>
  <w:style w:type="character" w:styleId="Zdraznn">
    <w:name w:val="Emphasis"/>
    <w:basedOn w:val="Standardnpsmoodstavce"/>
    <w:uiPriority w:val="20"/>
    <w:qFormat/>
    <w:rsid w:val="00FC693F"/>
    <w:rPr>
      <w:i/>
      <w:iCs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FC693F"/>
    <w:rPr>
      <w:b/>
      <w:bCs/>
      <w:i/>
      <w:iCs/>
      <w:color w:val="4F81BD" w:themeColor="accent1"/>
    </w:rPr>
  </w:style>
  <w:style w:type="character" w:styleId="Zdraznnjemn">
    <w:name w:val="Subtle Emphasis"/>
    <w:basedOn w:val="Standardnpsmoodstavce"/>
    <w:uiPriority w:val="19"/>
    <w:qFormat/>
    <w:rsid w:val="00FC693F"/>
    <w:rPr>
      <w:i/>
      <w:iCs/>
      <w:color w:val="808080" w:themeColor="text1" w:themeTint="7F"/>
    </w:rPr>
  </w:style>
  <w:style w:type="character" w:styleId="Zdraznnintenzivn">
    <w:name w:val="Intense Emphasis"/>
    <w:basedOn w:val="Standardnpsmoodstavce"/>
    <w:uiPriority w:val="21"/>
    <w:qFormat/>
    <w:rsid w:val="00FC693F"/>
    <w:rPr>
      <w:b/>
      <w:bCs/>
      <w:i/>
      <w:iCs/>
      <w:color w:val="4F81BD" w:themeColor="accent1"/>
    </w:rPr>
  </w:style>
  <w:style w:type="character" w:styleId="Odkazjemn">
    <w:name w:val="Subtle Reference"/>
    <w:basedOn w:val="Standardnpsmoodstavce"/>
    <w:uiPriority w:val="31"/>
    <w:qFormat/>
    <w:rsid w:val="00FC693F"/>
    <w:rPr>
      <w:smallCaps/>
      <w:color w:val="C0504D" w:themeColor="accent2"/>
      <w:u w:val="single"/>
    </w:rPr>
  </w:style>
  <w:style w:type="character" w:styleId="Odkazintenzivn">
    <w:name w:val="Intense Reference"/>
    <w:basedOn w:val="Standardnpsmoodstavce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Nzevknihy">
    <w:name w:val="Book Title"/>
    <w:basedOn w:val="Standardnpsmoodstavce"/>
    <w:uiPriority w:val="33"/>
    <w:qFormat/>
    <w:rsid w:val="00FC693F"/>
    <w:rPr>
      <w:b/>
      <w:bCs/>
      <w:smallCaps/>
      <w:spacing w:val="5"/>
    </w:rPr>
  </w:style>
  <w:style w:type="paragraph" w:styleId="Nadpisobsahu">
    <w:name w:val="TOC Heading"/>
    <w:basedOn w:val="Nadpis1"/>
    <w:next w:val="Normln"/>
    <w:uiPriority w:val="39"/>
    <w:semiHidden/>
    <w:unhideWhenUsed/>
    <w:qFormat/>
    <w:rsid w:val="00FC693F"/>
    <w:pPr>
      <w:outlineLvl w:val="9"/>
    </w:pPr>
  </w:style>
  <w:style w:type="table" w:styleId="Mkatabulky">
    <w:name w:val="Table Grid"/>
    <w:basedOn w:val="Normlntabulka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vtlstnovn">
    <w:name w:val="Light Shading"/>
    <w:basedOn w:val="Normlntabulka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vtlstnovnzvraznn1">
    <w:name w:val="Light Shading Accent 1"/>
    <w:basedOn w:val="Normlntabulka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vtlstnovnzvraznn2">
    <w:name w:val="Light Shading Accent 2"/>
    <w:basedOn w:val="Normlntabulka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vtlstnovnzvraznn3">
    <w:name w:val="Light Shading Accent 3"/>
    <w:basedOn w:val="Normlntabulka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vtlstnovnzvraznn4">
    <w:name w:val="Light Shading Accent 4"/>
    <w:basedOn w:val="Normlntabulka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vtlstnovnzvraznn5">
    <w:name w:val="Light Shading Accent 5"/>
    <w:basedOn w:val="Normlntabulka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vtlstnovnzvraznn6">
    <w:name w:val="Light Shading Accent 6"/>
    <w:basedOn w:val="Normlntabulka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Svtlseznam">
    <w:name w:val="Light List"/>
    <w:basedOn w:val="Normlntabulka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Svtlseznamzvraznn1">
    <w:name w:val="Light List Accent 1"/>
    <w:basedOn w:val="Normlntabulka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Svtlseznamzvraznn2">
    <w:name w:val="Light List Accent 2"/>
    <w:basedOn w:val="Normlntabulk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Svtlseznamzvraznn3">
    <w:name w:val="Light List Accent 3"/>
    <w:basedOn w:val="Normlntabulk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Svtlseznamzvraznn4">
    <w:name w:val="Light List Accent 4"/>
    <w:basedOn w:val="Normlntabulk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Svtlseznamzvraznn5">
    <w:name w:val="Light List Accent 5"/>
    <w:basedOn w:val="Normlntabulk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Svtlseznamzvraznn6">
    <w:name w:val="Light List Accent 6"/>
    <w:basedOn w:val="Normlntabulk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Svtlmka">
    <w:name w:val="Light Grid"/>
    <w:basedOn w:val="Normlntabul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Svtlmkazvraznn1">
    <w:name w:val="Light Grid Accent 1"/>
    <w:basedOn w:val="Normlntabul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Svtlmkazvraznn2">
    <w:name w:val="Light Grid Accent 2"/>
    <w:basedOn w:val="Normlntabul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Svtlmkazvraznn3">
    <w:name w:val="Light Grid Accent 3"/>
    <w:basedOn w:val="Normlntabul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Svtlmkazvraznn4">
    <w:name w:val="Light Grid Accent 4"/>
    <w:basedOn w:val="Normlntabul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Svtlmkazvraznn5">
    <w:name w:val="Light Grid Accent 5"/>
    <w:basedOn w:val="Normlntabul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Svtlmkazvraznn6">
    <w:name w:val="Light Grid Accent 6"/>
    <w:basedOn w:val="Normlntabul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tednstnovn1">
    <w:name w:val="Medium Shading 1"/>
    <w:basedOn w:val="Normlntabul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ednstnovn1zvraznn1">
    <w:name w:val="Medium Shading 1 Accent 1"/>
    <w:basedOn w:val="Normlntabul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ednstnovn1zvraznn2">
    <w:name w:val="Medium Shading 1 Accent 2"/>
    <w:basedOn w:val="Normlntabul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ednstnovn1zvraznn3">
    <w:name w:val="Medium Shading 1 Accent 3"/>
    <w:basedOn w:val="Normlntabul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ednstnovn1zvraznn4">
    <w:name w:val="Medium Shading 1 Accent 4"/>
    <w:basedOn w:val="Normlntabul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ednstnovn1zvraznn5">
    <w:name w:val="Medium Shading 1 Accent 5"/>
    <w:basedOn w:val="Normlntabul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ednstnovn1zvraznn6">
    <w:name w:val="Medium Shading 1 Accent 6"/>
    <w:basedOn w:val="Normlntabul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ednstnovn2">
    <w:name w:val="Medium Shading 2"/>
    <w:basedOn w:val="Normlntabul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ednstnovn2zvraznn1">
    <w:name w:val="Medium Shading 2 Accent 1"/>
    <w:basedOn w:val="Normlntabul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ednstnovn2zvraznn2">
    <w:name w:val="Medium Shading 2 Accent 2"/>
    <w:basedOn w:val="Normlntabul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ednstnovn2zvraznn3">
    <w:name w:val="Medium Shading 2 Accent 3"/>
    <w:basedOn w:val="Normlntabul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ednstnovn2zvraznn4">
    <w:name w:val="Medium Shading 2 Accent 4"/>
    <w:basedOn w:val="Normlntabul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ednstnovn2zvraznn5">
    <w:name w:val="Medium Shading 2 Accent 5"/>
    <w:basedOn w:val="Normlntabul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ednstnovn2zvraznn6">
    <w:name w:val="Medium Shading 2 Accent 6"/>
    <w:basedOn w:val="Normlntabul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ednseznam1">
    <w:name w:val="Medium List 1"/>
    <w:basedOn w:val="Normlntabul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Stednseznam1zvraznn1">
    <w:name w:val="Medium List 1 Accent 1"/>
    <w:basedOn w:val="Normlntabul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Stednseznam1zvraznn2">
    <w:name w:val="Medium List 1 Accent 2"/>
    <w:basedOn w:val="Normlntabul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Stednseznam1zvraznn3">
    <w:name w:val="Medium List 1 Accent 3"/>
    <w:basedOn w:val="Normlntabul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Stednseznam1zvraznn4">
    <w:name w:val="Medium List 1 Accent 4"/>
    <w:basedOn w:val="Normlntabul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Stednseznam1zvraznn5">
    <w:name w:val="Medium List 1 Accent 5"/>
    <w:basedOn w:val="Normlntabul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Stednseznam1zvraznn6">
    <w:name w:val="Medium List 1 Accent 6"/>
    <w:basedOn w:val="Normlntabul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Stednseznam2">
    <w:name w:val="Medium List 2"/>
    <w:basedOn w:val="Normlntabul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ednseznam2zvraznn1">
    <w:name w:val="Medium List 2 Accent 1"/>
    <w:basedOn w:val="Normlntabul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ednseznam2zvraznn2">
    <w:name w:val="Medium List 2 Accent 2"/>
    <w:basedOn w:val="Normlntabul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ednseznam2zvraznn3">
    <w:name w:val="Medium List 2 Accent 3"/>
    <w:basedOn w:val="Normlntabul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ednseznam2zvraznn4">
    <w:name w:val="Medium List 2 Accent 4"/>
    <w:basedOn w:val="Normlntabul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ednseznam2zvraznn5">
    <w:name w:val="Medium List 2 Accent 5"/>
    <w:basedOn w:val="Normlntabul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ednseznam2zvraznn6">
    <w:name w:val="Medium List 2 Accent 6"/>
    <w:basedOn w:val="Normlntabul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ednmka1">
    <w:name w:val="Medium Grid 1"/>
    <w:basedOn w:val="Normlntabul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Stednmka1zvraznn1">
    <w:name w:val="Medium Grid 1 Accent 1"/>
    <w:basedOn w:val="Normlntabul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Stednmka1zvraznn2">
    <w:name w:val="Medium Grid 1 Accent 2"/>
    <w:basedOn w:val="Normlntabul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Stednmka1zvraznn3">
    <w:name w:val="Medium Grid 1 Accent 3"/>
    <w:basedOn w:val="Normlntabul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tednmka1zvraznn4">
    <w:name w:val="Medium Grid 1 Accent 4"/>
    <w:basedOn w:val="Normlntabul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Stednmka1zvraznn5">
    <w:name w:val="Medium Grid 1 Accent 5"/>
    <w:basedOn w:val="Normlntabul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Stednmka1zvraznn6">
    <w:name w:val="Medium Grid 1 Accent 6"/>
    <w:basedOn w:val="Normlntabul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Stednmka2">
    <w:name w:val="Medium Grid 2"/>
    <w:basedOn w:val="Normlntabul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ednmka2zvraznn1">
    <w:name w:val="Medium Grid 2 Accent 1"/>
    <w:basedOn w:val="Normlntabul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ednmka2zvraznn2">
    <w:name w:val="Medium Grid 2 Accent 2"/>
    <w:basedOn w:val="Normlntabul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ednmka2zvraznn3">
    <w:name w:val="Medium Grid 2 Accent 3"/>
    <w:basedOn w:val="Normlntabul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ednmka2zvraznn4">
    <w:name w:val="Medium Grid 2 Accent 4"/>
    <w:basedOn w:val="Normlntabul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ednmka2zvraznn5">
    <w:name w:val="Medium Grid 2 Accent 5"/>
    <w:basedOn w:val="Normlntabul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ednmka2zvraznn6">
    <w:name w:val="Medium Grid 2 Accent 6"/>
    <w:basedOn w:val="Normlntabul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ednmka3">
    <w:name w:val="Medium Grid 3"/>
    <w:basedOn w:val="Normlntabul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Stednmka3zvraznn1">
    <w:name w:val="Medium Grid 3 Accent 1"/>
    <w:basedOn w:val="Normlntabul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Stednmka3zvraznn2">
    <w:name w:val="Medium Grid 3 Accent 2"/>
    <w:basedOn w:val="Normlntabul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Stednmka3zvraznn3">
    <w:name w:val="Medium Grid 3 Accent 3"/>
    <w:basedOn w:val="Normlntabul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Stednmka3zvraznn4">
    <w:name w:val="Medium Grid 3 Accent 4"/>
    <w:basedOn w:val="Normlntabul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Stednmka3zvraznn5">
    <w:name w:val="Medium Grid 3 Accent 5"/>
    <w:basedOn w:val="Normlntabul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Stednmka3zvraznn6">
    <w:name w:val="Medium Grid 3 Accent 6"/>
    <w:basedOn w:val="Normlntabul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Tmavseznam">
    <w:name w:val="Dark List"/>
    <w:basedOn w:val="Normlntabul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Tmavseznamzvraznn1">
    <w:name w:val="Dark List Accent 1"/>
    <w:basedOn w:val="Normlntabul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Tmavseznamzvraznn2">
    <w:name w:val="Dark List Accent 2"/>
    <w:basedOn w:val="Normlntabul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Tmavseznamzvraznn3">
    <w:name w:val="Dark List Accent 3"/>
    <w:basedOn w:val="Normlntabul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Tmavseznamzvraznn4">
    <w:name w:val="Dark List Accent 4"/>
    <w:basedOn w:val="Normlntabul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Tmavseznamzvraznn5">
    <w:name w:val="Dark List Accent 5"/>
    <w:basedOn w:val="Normlntabul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Tmavseznamzvraznn6">
    <w:name w:val="Dark List Accent 6"/>
    <w:basedOn w:val="Normlntabul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Barevnstnovn">
    <w:name w:val="Colorful Shading"/>
    <w:basedOn w:val="Normlntabul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Barevnstnovnzvraznn1">
    <w:name w:val="Colorful Shading Accent 1"/>
    <w:basedOn w:val="Normlntabul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Barevnstnovnzvraznn2">
    <w:name w:val="Colorful Shading Accent 2"/>
    <w:basedOn w:val="Normlntabul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Barevnstnovnzvraznn3">
    <w:name w:val="Colorful Shading Accent 3"/>
    <w:basedOn w:val="Normlntabul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Barevnstnovnzvraznn4">
    <w:name w:val="Colorful Shading Accent 4"/>
    <w:basedOn w:val="Normlntabul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Barevnstnovnzvraznn5">
    <w:name w:val="Colorful Shading Accent 5"/>
    <w:basedOn w:val="Normlntabul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Barevnstnovnzvraznn6">
    <w:name w:val="Colorful Shading Accent 6"/>
    <w:basedOn w:val="Normlntabul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Barevnseznam">
    <w:name w:val="Colorful List"/>
    <w:basedOn w:val="Normlntabul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Barevnseznamzvraznn1">
    <w:name w:val="Colorful List Accent 1"/>
    <w:basedOn w:val="Normlntabul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Barevnseznamzvraznn2">
    <w:name w:val="Colorful List Accent 2"/>
    <w:basedOn w:val="Normlntabul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Barevnseznamzvraznn3">
    <w:name w:val="Colorful List Accent 3"/>
    <w:basedOn w:val="Normlntabul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Barevnseznamzvraznn4">
    <w:name w:val="Colorful List Accent 4"/>
    <w:basedOn w:val="Normlntabul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Barevnseznamzvraznn5">
    <w:name w:val="Colorful List Accent 5"/>
    <w:basedOn w:val="Normlntabul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Barevnseznamzvraznn6">
    <w:name w:val="Colorful List Accent 6"/>
    <w:basedOn w:val="Normlntabul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Barevnmka">
    <w:name w:val="Colorful Grid"/>
    <w:basedOn w:val="Normlntabul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Barevnmkazvraznn1">
    <w:name w:val="Colorful Grid Accent 1"/>
    <w:basedOn w:val="Normlntabul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Barevnmkazvraznn2">
    <w:name w:val="Colorful Grid Accent 2"/>
    <w:basedOn w:val="Normlntabul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Barevnmkazvraznn3">
    <w:name w:val="Colorful Grid Accent 3"/>
    <w:basedOn w:val="Normlntabul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Barevnmkazvraznn4">
    <w:name w:val="Colorful Grid Accent 4"/>
    <w:basedOn w:val="Normlntabul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Barevnmkazvraznn5">
    <w:name w:val="Colorful Grid Accent 5"/>
    <w:basedOn w:val="Normlntabul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Barevnmkazvraznn6">
    <w:name w:val="Colorful Grid Accent 6"/>
    <w:basedOn w:val="Normlntabul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229</Words>
  <Characters>1356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1582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Tadeusz Szerynski</cp:lastModifiedBy>
  <cp:revision>4</cp:revision>
  <cp:lastPrinted>2026-05-15T09:53:00Z</cp:lastPrinted>
  <dcterms:created xsi:type="dcterms:W3CDTF">2013-12-23T23:15:00Z</dcterms:created>
  <dcterms:modified xsi:type="dcterms:W3CDTF">2026-05-15T09:55:00Z</dcterms:modified>
  <cp:category/>
</cp:coreProperties>
</file>